
<file path=[Content_Types].xml><?xml version="1.0" encoding="utf-8"?>
<Types xmlns="http://schemas.openxmlformats.org/package/2006/content-types">
  <Default Extension="pn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434D6" w14:textId="77777777" w:rsidR="00C267E1" w:rsidRPr="00ED2954" w:rsidRDefault="005150B2" w:rsidP="00ED2954">
      <w:pPr>
        <w:spacing w:after="0"/>
        <w:jc w:val="center"/>
        <w:rPr>
          <w:b/>
          <w:bCs/>
          <w:sz w:val="24"/>
          <w:szCs w:val="24"/>
          <w:lang w:val="es-AR"/>
        </w:rPr>
      </w:pPr>
      <w:r w:rsidRPr="00ED2954">
        <w:rPr>
          <w:b/>
          <w:bCs/>
          <w:sz w:val="24"/>
          <w:szCs w:val="24"/>
          <w:lang w:val="es-AR"/>
        </w:rPr>
        <w:t>UNIVERSIDAD NACIONAL DE JUJUY - FACULTAD DE INGENIERÍA</w:t>
      </w:r>
    </w:p>
    <w:p w14:paraId="392BBE59" w14:textId="77777777" w:rsidR="00C267E1" w:rsidRPr="00ED2954" w:rsidRDefault="005150B2" w:rsidP="00ED2954">
      <w:pPr>
        <w:spacing w:after="0"/>
        <w:jc w:val="center"/>
        <w:rPr>
          <w:b/>
          <w:bCs/>
          <w:sz w:val="24"/>
          <w:szCs w:val="24"/>
          <w:lang w:val="es-AR"/>
        </w:rPr>
      </w:pPr>
      <w:r w:rsidRPr="00ED2954">
        <w:rPr>
          <w:b/>
          <w:bCs/>
          <w:sz w:val="24"/>
          <w:szCs w:val="24"/>
          <w:lang w:val="es-AR"/>
        </w:rPr>
        <w:t>INGENIERÍA INFORMÁTICA - LICENCIATURA EN SISTEMAS</w:t>
      </w:r>
    </w:p>
    <w:p w14:paraId="5E32368B" w14:textId="579E50EF" w:rsidR="00C267E1" w:rsidRDefault="005150B2" w:rsidP="00ED2954">
      <w:pPr>
        <w:spacing w:after="0"/>
        <w:jc w:val="center"/>
        <w:rPr>
          <w:b/>
          <w:bCs/>
          <w:sz w:val="24"/>
          <w:szCs w:val="24"/>
          <w:lang w:val="es-AR"/>
        </w:rPr>
      </w:pPr>
      <w:r w:rsidRPr="00ED2954">
        <w:rPr>
          <w:b/>
          <w:bCs/>
          <w:sz w:val="24"/>
          <w:szCs w:val="24"/>
          <w:lang w:val="es-AR"/>
        </w:rPr>
        <w:t>SEGURIDAD Y AUDITORÍA INFORMÁTICA</w:t>
      </w:r>
    </w:p>
    <w:p w14:paraId="6F93D15D" w14:textId="77777777" w:rsidR="00ED2954" w:rsidRPr="00ED2954" w:rsidRDefault="00ED2954" w:rsidP="00ED2954">
      <w:pPr>
        <w:spacing w:after="0"/>
        <w:jc w:val="center"/>
        <w:rPr>
          <w:b/>
          <w:bCs/>
          <w:sz w:val="24"/>
          <w:szCs w:val="24"/>
          <w:lang w:val="es-AR"/>
        </w:rPr>
      </w:pPr>
    </w:p>
    <w:p w14:paraId="109D3E90" w14:textId="7137CC85" w:rsidR="00ED2954" w:rsidRDefault="005150B2" w:rsidP="00ED2954">
      <w:pPr>
        <w:jc w:val="center"/>
        <w:rPr>
          <w:b/>
          <w:bCs/>
          <w:lang w:val="es-AR"/>
        </w:rPr>
      </w:pPr>
      <w:r w:rsidRPr="00ED2954">
        <w:rPr>
          <w:b/>
          <w:bCs/>
          <w:lang w:val="es-AR"/>
        </w:rPr>
        <w:t>TRABAJO PRÁCTICO Nº2</w:t>
      </w:r>
    </w:p>
    <w:p w14:paraId="04AE04E7" w14:textId="5ED65555" w:rsidR="0024688B" w:rsidRDefault="0024688B" w:rsidP="0024688B">
      <w:pPr>
        <w:spacing w:after="0"/>
        <w:rPr>
          <w:b/>
          <w:bCs/>
          <w:lang w:val="es-AR"/>
        </w:rPr>
      </w:pPr>
      <w:r>
        <w:rPr>
          <w:b/>
          <w:bCs/>
          <w:lang w:val="es-AR"/>
        </w:rPr>
        <w:t>Fecha de entrega: viernes 11-09-26</w:t>
      </w:r>
    </w:p>
    <w:p w14:paraId="18727F1B" w14:textId="79746AB1" w:rsidR="0024688B" w:rsidRPr="00ED2954" w:rsidRDefault="0024688B" w:rsidP="0024688B">
      <w:pPr>
        <w:rPr>
          <w:b/>
          <w:bCs/>
          <w:lang w:val="es-AR"/>
        </w:rPr>
      </w:pPr>
      <w:r>
        <w:rPr>
          <w:b/>
          <w:bCs/>
          <w:lang w:val="es-AR"/>
        </w:rPr>
        <w:t xml:space="preserve">Formato de entrega: </w:t>
      </w:r>
      <w:r w:rsidRPr="0024688B">
        <w:rPr>
          <w:lang w:val="es-AR"/>
        </w:rPr>
        <w:t xml:space="preserve">archivo </w:t>
      </w:r>
      <w:proofErr w:type="spellStart"/>
      <w:r w:rsidRPr="0024688B">
        <w:rPr>
          <w:lang w:val="es-AR"/>
        </w:rPr>
        <w:t>pdf</w:t>
      </w:r>
      <w:proofErr w:type="spellEnd"/>
      <w:r w:rsidRPr="0024688B">
        <w:rPr>
          <w:lang w:val="es-AR"/>
        </w:rPr>
        <w:t xml:space="preserve"> con nombre TP02_SyAI_Grupo_ X. </w:t>
      </w:r>
      <w:r w:rsidRPr="0024688B">
        <w:rPr>
          <w:lang w:val="es-AR"/>
        </w:rPr>
        <w:t>Debe tener una caratula con los apellidos y nombres (en ese orden) de los integrantes del grupo</w:t>
      </w:r>
      <w:r>
        <w:rPr>
          <w:lang w:val="es-AR"/>
        </w:rPr>
        <w:t>. La entrega se hace por el aula virtual.</w:t>
      </w:r>
    </w:p>
    <w:p w14:paraId="47636702" w14:textId="55FA76E9" w:rsidR="00C267E1" w:rsidRPr="00ED2954" w:rsidRDefault="0024688B" w:rsidP="00ED2954">
      <w:pPr>
        <w:rPr>
          <w:b/>
          <w:bCs/>
          <w:sz w:val="24"/>
          <w:szCs w:val="24"/>
          <w:lang w:val="es-AR"/>
        </w:rPr>
      </w:pPr>
      <w:bookmarkStart w:id="0" w:name="_Hlk239625971"/>
      <w:r>
        <w:rPr>
          <w:b/>
          <w:bCs/>
          <w:sz w:val="24"/>
          <w:szCs w:val="24"/>
          <w:lang w:val="es-AR"/>
        </w:rPr>
        <w:t xml:space="preserve">1. </w:t>
      </w:r>
      <w:r w:rsidR="005150B2" w:rsidRPr="00ED2954">
        <w:rPr>
          <w:b/>
          <w:bCs/>
          <w:sz w:val="24"/>
          <w:szCs w:val="24"/>
          <w:lang w:val="es-AR"/>
        </w:rPr>
        <w:t>Análisis de Riesgo Semicuantitativo</w:t>
      </w:r>
    </w:p>
    <w:p w14:paraId="4B73A2E0" w14:textId="77777777" w:rsidR="00C267E1" w:rsidRPr="009160E1" w:rsidRDefault="005150B2" w:rsidP="009160E1">
      <w:pPr>
        <w:rPr>
          <w:b/>
          <w:bCs/>
          <w:lang w:val="es-AR"/>
        </w:rPr>
      </w:pPr>
      <w:bookmarkStart w:id="1" w:name="_Hlk239625987"/>
      <w:bookmarkEnd w:id="0"/>
      <w:r w:rsidRPr="009160E1">
        <w:rPr>
          <w:b/>
          <w:bCs/>
          <w:lang w:val="es-AR"/>
        </w:rPr>
        <w:t>Contexto</w:t>
      </w:r>
    </w:p>
    <w:bookmarkEnd w:id="1"/>
    <w:p w14:paraId="3F6CA904" w14:textId="77777777" w:rsidR="00ED2954" w:rsidRDefault="005150B2" w:rsidP="00ED2954">
      <w:pPr>
        <w:jc w:val="both"/>
        <w:rPr>
          <w:lang w:val="es-AR"/>
        </w:rPr>
      </w:pPr>
      <w:r w:rsidRPr="00ED2954">
        <w:rPr>
          <w:lang w:val="es-AR"/>
        </w:rPr>
        <w:t>La Dirección de Rentas y Habilitaciones de la Municipalidad de Perico es responsable de la recaudación tributaria y el control de habilitaciones comerciales. Atiende aproximadamente 800 contribuyentes por semana. Recientemente implementó el Sistema de Gestión Municipal (SGM) para emisión de boletas, habilitaciones y control de deuda. Maneja información sensible de contribuyentes (DNI, CUIL, CBU, deudas) y debe cumplir con regulaciones de protección de datos personales (Ley 25.326).</w:t>
      </w:r>
    </w:p>
    <w:p w14:paraId="2E3C3B7A" w14:textId="64161D3D" w:rsidR="00C267E1" w:rsidRPr="00ED2954" w:rsidRDefault="005150B2" w:rsidP="00ED2954">
      <w:pPr>
        <w:jc w:val="both"/>
        <w:rPr>
          <w:lang w:val="es-AR"/>
        </w:rPr>
      </w:pPr>
      <w:r w:rsidRPr="00ED2954">
        <w:rPr>
          <w:lang w:val="es-AR"/>
        </w:rPr>
        <w:t>La Dirección cuenta con tres áreas: Rentas y Recaudación, Habilitaciones e Inspección y Sistemas.</w:t>
      </w:r>
    </w:p>
    <w:p w14:paraId="57C27177" w14:textId="77777777" w:rsidR="00C267E1" w:rsidRPr="00ED2954" w:rsidRDefault="005150B2" w:rsidP="00ED2954">
      <w:pPr>
        <w:rPr>
          <w:b/>
          <w:bCs/>
          <w:lang w:val="es-AR"/>
        </w:rPr>
      </w:pPr>
      <w:r w:rsidRPr="00ED2954">
        <w:rPr>
          <w:b/>
          <w:bCs/>
          <w:lang w:val="es-AR"/>
        </w:rPr>
        <w:t>Inventario de Activos Identificados</w:t>
      </w:r>
    </w:p>
    <w:tbl>
      <w:tblPr>
        <w:tblStyle w:val="Tablaconcuadrcula"/>
        <w:tblW w:w="8500" w:type="dxa"/>
        <w:tblLook w:val="04A0" w:firstRow="1" w:lastRow="0" w:firstColumn="1" w:lastColumn="0" w:noHBand="0" w:noVBand="1"/>
      </w:tblPr>
      <w:tblGrid>
        <w:gridCol w:w="1413"/>
        <w:gridCol w:w="3544"/>
        <w:gridCol w:w="3543"/>
      </w:tblGrid>
      <w:tr w:rsidR="00C267E1" w:rsidRPr="00ED2954" w14:paraId="2C707316" w14:textId="77777777" w:rsidTr="00A404A4">
        <w:tc>
          <w:tcPr>
            <w:tcW w:w="1413" w:type="dxa"/>
          </w:tcPr>
          <w:p w14:paraId="5987BA45" w14:textId="77777777" w:rsidR="00C267E1" w:rsidRPr="00ED2954" w:rsidRDefault="005150B2">
            <w:pPr>
              <w:rPr>
                <w:lang w:val="es-AR"/>
              </w:rPr>
            </w:pPr>
            <w:r w:rsidRPr="00ED2954">
              <w:rPr>
                <w:b/>
                <w:lang w:val="es-AR"/>
              </w:rPr>
              <w:t>Categoría</w:t>
            </w:r>
          </w:p>
        </w:tc>
        <w:tc>
          <w:tcPr>
            <w:tcW w:w="3544" w:type="dxa"/>
          </w:tcPr>
          <w:p w14:paraId="4701D351" w14:textId="77777777" w:rsidR="00C267E1" w:rsidRPr="00ED2954" w:rsidRDefault="005150B2">
            <w:pPr>
              <w:rPr>
                <w:lang w:val="es-AR"/>
              </w:rPr>
            </w:pPr>
            <w:r w:rsidRPr="00ED2954">
              <w:rPr>
                <w:b/>
                <w:lang w:val="es-AR"/>
              </w:rPr>
              <w:t>Activo</w:t>
            </w:r>
          </w:p>
        </w:tc>
        <w:tc>
          <w:tcPr>
            <w:tcW w:w="3543" w:type="dxa"/>
          </w:tcPr>
          <w:p w14:paraId="2C1493A2" w14:textId="77777777" w:rsidR="00C267E1" w:rsidRPr="00ED2954" w:rsidRDefault="005150B2">
            <w:pPr>
              <w:rPr>
                <w:lang w:val="es-AR"/>
              </w:rPr>
            </w:pPr>
            <w:r w:rsidRPr="00ED2954">
              <w:rPr>
                <w:b/>
                <w:lang w:val="es-AR"/>
              </w:rPr>
              <w:t>Descripción</w:t>
            </w:r>
          </w:p>
        </w:tc>
      </w:tr>
      <w:tr w:rsidR="00C267E1" w:rsidRPr="00ED2954" w14:paraId="76A9B277" w14:textId="77777777" w:rsidTr="00A404A4">
        <w:tc>
          <w:tcPr>
            <w:tcW w:w="1413" w:type="dxa"/>
          </w:tcPr>
          <w:p w14:paraId="70FBE689" w14:textId="77777777" w:rsidR="00C267E1" w:rsidRPr="00ED2954" w:rsidRDefault="005150B2">
            <w:pPr>
              <w:rPr>
                <w:lang w:val="es-AR"/>
              </w:rPr>
            </w:pPr>
            <w:r w:rsidRPr="00ED2954">
              <w:rPr>
                <w:lang w:val="es-AR"/>
              </w:rPr>
              <w:t>Datos</w:t>
            </w:r>
          </w:p>
        </w:tc>
        <w:tc>
          <w:tcPr>
            <w:tcW w:w="3544" w:type="dxa"/>
          </w:tcPr>
          <w:p w14:paraId="0AC803EB" w14:textId="77777777" w:rsidR="00C267E1" w:rsidRPr="00ED2954" w:rsidRDefault="005150B2">
            <w:pPr>
              <w:rPr>
                <w:lang w:val="es-AR"/>
              </w:rPr>
            </w:pPr>
            <w:r w:rsidRPr="00ED2954">
              <w:rPr>
                <w:lang w:val="es-AR"/>
              </w:rPr>
              <w:t>Padrón de contribuyentes digital</w:t>
            </w:r>
          </w:p>
        </w:tc>
        <w:tc>
          <w:tcPr>
            <w:tcW w:w="3543" w:type="dxa"/>
          </w:tcPr>
          <w:p w14:paraId="364B0272" w14:textId="77777777" w:rsidR="00C267E1" w:rsidRPr="00ED2954" w:rsidRDefault="005150B2">
            <w:pPr>
              <w:rPr>
                <w:lang w:val="es-AR"/>
              </w:rPr>
            </w:pPr>
            <w:r w:rsidRPr="00ED2954">
              <w:rPr>
                <w:lang w:val="es-AR"/>
              </w:rPr>
              <w:t>DNI, CUIL, CBU, domicilios y deudas de 4.500 contribuyentes</w:t>
            </w:r>
          </w:p>
        </w:tc>
      </w:tr>
      <w:tr w:rsidR="00C267E1" w:rsidRPr="00ED2954" w14:paraId="421E880B" w14:textId="77777777" w:rsidTr="00A404A4">
        <w:tc>
          <w:tcPr>
            <w:tcW w:w="1413" w:type="dxa"/>
          </w:tcPr>
          <w:p w14:paraId="67308460" w14:textId="77777777" w:rsidR="00C267E1" w:rsidRPr="00ED2954" w:rsidRDefault="005150B2">
            <w:pPr>
              <w:rPr>
                <w:lang w:val="es-AR"/>
              </w:rPr>
            </w:pPr>
            <w:r w:rsidRPr="00ED2954">
              <w:rPr>
                <w:lang w:val="es-AR"/>
              </w:rPr>
              <w:t>Datos</w:t>
            </w:r>
          </w:p>
        </w:tc>
        <w:tc>
          <w:tcPr>
            <w:tcW w:w="3544" w:type="dxa"/>
          </w:tcPr>
          <w:p w14:paraId="4B534E89" w14:textId="77777777" w:rsidR="00C267E1" w:rsidRPr="00ED2954" w:rsidRDefault="005150B2">
            <w:pPr>
              <w:rPr>
                <w:lang w:val="es-AR"/>
              </w:rPr>
            </w:pPr>
            <w:r w:rsidRPr="00ED2954">
              <w:rPr>
                <w:lang w:val="es-AR"/>
              </w:rPr>
              <w:t>Base de habilitaciones comerciales</w:t>
            </w:r>
          </w:p>
        </w:tc>
        <w:tc>
          <w:tcPr>
            <w:tcW w:w="3543" w:type="dxa"/>
          </w:tcPr>
          <w:p w14:paraId="55F8BAAE" w14:textId="77777777" w:rsidR="00C267E1" w:rsidRPr="00ED2954" w:rsidRDefault="005150B2">
            <w:pPr>
              <w:rPr>
                <w:lang w:val="es-AR"/>
              </w:rPr>
            </w:pPr>
            <w:r w:rsidRPr="00ED2954">
              <w:rPr>
                <w:lang w:val="es-AR"/>
              </w:rPr>
              <w:t>Expedientes de habilitación, inspecciones, multas</w:t>
            </w:r>
          </w:p>
        </w:tc>
      </w:tr>
      <w:tr w:rsidR="00C267E1" w:rsidRPr="00ED2954" w14:paraId="1BDD3798" w14:textId="77777777" w:rsidTr="00A404A4">
        <w:tc>
          <w:tcPr>
            <w:tcW w:w="1413" w:type="dxa"/>
          </w:tcPr>
          <w:p w14:paraId="2855D7E1" w14:textId="77777777" w:rsidR="00C267E1" w:rsidRPr="00ED2954" w:rsidRDefault="005150B2">
            <w:pPr>
              <w:rPr>
                <w:lang w:val="es-AR"/>
              </w:rPr>
            </w:pPr>
            <w:r w:rsidRPr="00ED2954">
              <w:rPr>
                <w:lang w:val="es-AR"/>
              </w:rPr>
              <w:t>Datos</w:t>
            </w:r>
          </w:p>
        </w:tc>
        <w:tc>
          <w:tcPr>
            <w:tcW w:w="3544" w:type="dxa"/>
          </w:tcPr>
          <w:p w14:paraId="004789F7" w14:textId="77777777" w:rsidR="00C267E1" w:rsidRPr="00ED2954" w:rsidRDefault="005150B2">
            <w:pPr>
              <w:rPr>
                <w:lang w:val="es-AR"/>
              </w:rPr>
            </w:pPr>
            <w:r w:rsidRPr="00ED2954">
              <w:rPr>
                <w:lang w:val="es-AR"/>
              </w:rPr>
              <w:t>Registros financieros municipales</w:t>
            </w:r>
          </w:p>
        </w:tc>
        <w:tc>
          <w:tcPr>
            <w:tcW w:w="3543" w:type="dxa"/>
          </w:tcPr>
          <w:p w14:paraId="5384772F" w14:textId="77777777" w:rsidR="00C267E1" w:rsidRPr="00ED2954" w:rsidRDefault="005150B2">
            <w:pPr>
              <w:rPr>
                <w:lang w:val="es-AR"/>
              </w:rPr>
            </w:pPr>
            <w:r w:rsidRPr="00ED2954">
              <w:rPr>
                <w:lang w:val="es-AR"/>
              </w:rPr>
              <w:t>Recaudación diaria, planes de pago, rendiciones</w:t>
            </w:r>
          </w:p>
        </w:tc>
      </w:tr>
      <w:tr w:rsidR="00C267E1" w:rsidRPr="00ED2954" w14:paraId="61B88245" w14:textId="77777777" w:rsidTr="00A404A4">
        <w:tc>
          <w:tcPr>
            <w:tcW w:w="1413" w:type="dxa"/>
          </w:tcPr>
          <w:p w14:paraId="10AA8B34" w14:textId="77777777" w:rsidR="00C267E1" w:rsidRPr="00ED2954" w:rsidRDefault="005150B2">
            <w:pPr>
              <w:rPr>
                <w:lang w:val="es-AR"/>
              </w:rPr>
            </w:pPr>
            <w:r w:rsidRPr="00ED2954">
              <w:rPr>
                <w:lang w:val="es-AR"/>
              </w:rPr>
              <w:t>Software</w:t>
            </w:r>
          </w:p>
        </w:tc>
        <w:tc>
          <w:tcPr>
            <w:tcW w:w="3544" w:type="dxa"/>
          </w:tcPr>
          <w:p w14:paraId="79AAFA37" w14:textId="77777777" w:rsidR="00C267E1" w:rsidRPr="00ED2954" w:rsidRDefault="005150B2">
            <w:pPr>
              <w:rPr>
                <w:lang w:val="es-AR"/>
              </w:rPr>
            </w:pPr>
            <w:r w:rsidRPr="00ED2954">
              <w:rPr>
                <w:lang w:val="es-AR"/>
              </w:rPr>
              <w:t>Sistema SGM - Gestión Municipal</w:t>
            </w:r>
          </w:p>
        </w:tc>
        <w:tc>
          <w:tcPr>
            <w:tcW w:w="3543" w:type="dxa"/>
          </w:tcPr>
          <w:p w14:paraId="2F4E1641" w14:textId="77777777" w:rsidR="00C267E1" w:rsidRPr="00ED2954" w:rsidRDefault="005150B2">
            <w:pPr>
              <w:rPr>
                <w:lang w:val="es-AR"/>
              </w:rPr>
            </w:pPr>
            <w:r w:rsidRPr="00ED2954">
              <w:rPr>
                <w:lang w:val="es-AR"/>
              </w:rPr>
              <w:t>Sistema integral de emisión de boletas y habilitaciones</w:t>
            </w:r>
          </w:p>
        </w:tc>
      </w:tr>
      <w:tr w:rsidR="00C267E1" w:rsidRPr="00ED2954" w14:paraId="53D37FCF" w14:textId="77777777" w:rsidTr="00A404A4">
        <w:tc>
          <w:tcPr>
            <w:tcW w:w="1413" w:type="dxa"/>
          </w:tcPr>
          <w:p w14:paraId="7E6A75EB" w14:textId="77777777" w:rsidR="00C267E1" w:rsidRPr="00ED2954" w:rsidRDefault="005150B2">
            <w:pPr>
              <w:rPr>
                <w:lang w:val="es-AR"/>
              </w:rPr>
            </w:pPr>
            <w:r w:rsidRPr="00ED2954">
              <w:rPr>
                <w:lang w:val="es-AR"/>
              </w:rPr>
              <w:t>Software</w:t>
            </w:r>
          </w:p>
        </w:tc>
        <w:tc>
          <w:tcPr>
            <w:tcW w:w="3544" w:type="dxa"/>
          </w:tcPr>
          <w:p w14:paraId="553AA4F1" w14:textId="77777777" w:rsidR="00C267E1" w:rsidRPr="00ED2954" w:rsidRDefault="005150B2">
            <w:pPr>
              <w:rPr>
                <w:lang w:val="es-AR"/>
              </w:rPr>
            </w:pPr>
            <w:r w:rsidRPr="00ED2954">
              <w:rPr>
                <w:lang w:val="es-AR"/>
              </w:rPr>
              <w:t>Motor Base de Datos Municipal</w:t>
            </w:r>
          </w:p>
        </w:tc>
        <w:tc>
          <w:tcPr>
            <w:tcW w:w="3543" w:type="dxa"/>
          </w:tcPr>
          <w:p w14:paraId="45D69308" w14:textId="77777777" w:rsidR="00C267E1" w:rsidRPr="00ED2954" w:rsidRDefault="005150B2">
            <w:pPr>
              <w:rPr>
                <w:lang w:val="es-AR"/>
              </w:rPr>
            </w:pPr>
            <w:r w:rsidRPr="00ED2954">
              <w:rPr>
                <w:lang w:val="es-AR"/>
              </w:rPr>
              <w:t>Motor de BD que almacena toda la información del SGM</w:t>
            </w:r>
          </w:p>
        </w:tc>
      </w:tr>
      <w:tr w:rsidR="00C267E1" w:rsidRPr="00ED2954" w14:paraId="0E14D8C9" w14:textId="77777777" w:rsidTr="00A404A4">
        <w:tc>
          <w:tcPr>
            <w:tcW w:w="1413" w:type="dxa"/>
          </w:tcPr>
          <w:p w14:paraId="73DB033C" w14:textId="77777777" w:rsidR="00C267E1" w:rsidRPr="00ED2954" w:rsidRDefault="005150B2">
            <w:pPr>
              <w:rPr>
                <w:lang w:val="es-AR"/>
              </w:rPr>
            </w:pPr>
            <w:r w:rsidRPr="00ED2954">
              <w:rPr>
                <w:lang w:val="es-AR"/>
              </w:rPr>
              <w:t>Hardware</w:t>
            </w:r>
          </w:p>
        </w:tc>
        <w:tc>
          <w:tcPr>
            <w:tcW w:w="3544" w:type="dxa"/>
          </w:tcPr>
          <w:p w14:paraId="3418093D" w14:textId="77777777" w:rsidR="00C267E1" w:rsidRPr="00ED2954" w:rsidRDefault="005150B2">
            <w:pPr>
              <w:rPr>
                <w:lang w:val="es-AR"/>
              </w:rPr>
            </w:pPr>
            <w:r w:rsidRPr="00ED2954">
              <w:rPr>
                <w:lang w:val="es-AR"/>
              </w:rPr>
              <w:t>Servidor principal</w:t>
            </w:r>
          </w:p>
        </w:tc>
        <w:tc>
          <w:tcPr>
            <w:tcW w:w="3543" w:type="dxa"/>
          </w:tcPr>
          <w:p w14:paraId="19272721" w14:textId="77777777" w:rsidR="00C267E1" w:rsidRPr="00ED2954" w:rsidRDefault="005150B2">
            <w:pPr>
              <w:rPr>
                <w:lang w:val="es-AR"/>
              </w:rPr>
            </w:pPr>
            <w:r w:rsidRPr="00ED2954">
              <w:rPr>
                <w:lang w:val="es-AR"/>
              </w:rPr>
              <w:t>Servidor donde reside el sistema SGM y la base de datos</w:t>
            </w:r>
          </w:p>
        </w:tc>
      </w:tr>
      <w:tr w:rsidR="00C267E1" w:rsidRPr="00ED2954" w14:paraId="514FC2E2" w14:textId="77777777" w:rsidTr="00A404A4">
        <w:tc>
          <w:tcPr>
            <w:tcW w:w="1413" w:type="dxa"/>
          </w:tcPr>
          <w:p w14:paraId="50CD488C" w14:textId="77777777" w:rsidR="00C267E1" w:rsidRPr="00ED2954" w:rsidRDefault="005150B2">
            <w:pPr>
              <w:rPr>
                <w:lang w:val="es-AR"/>
              </w:rPr>
            </w:pPr>
            <w:r w:rsidRPr="00ED2954">
              <w:rPr>
                <w:lang w:val="es-AR"/>
              </w:rPr>
              <w:t>Hardware</w:t>
            </w:r>
          </w:p>
        </w:tc>
        <w:tc>
          <w:tcPr>
            <w:tcW w:w="3544" w:type="dxa"/>
          </w:tcPr>
          <w:p w14:paraId="6E64FF2B" w14:textId="77777777" w:rsidR="00C267E1" w:rsidRPr="00ED2954" w:rsidRDefault="005150B2">
            <w:pPr>
              <w:rPr>
                <w:lang w:val="es-AR"/>
              </w:rPr>
            </w:pPr>
            <w:r w:rsidRPr="00ED2954">
              <w:rPr>
                <w:lang w:val="es-AR"/>
              </w:rPr>
              <w:t>Estaciones de atención al público</w:t>
            </w:r>
          </w:p>
        </w:tc>
        <w:tc>
          <w:tcPr>
            <w:tcW w:w="3543" w:type="dxa"/>
          </w:tcPr>
          <w:p w14:paraId="339E0C6F" w14:textId="77777777" w:rsidR="00C267E1" w:rsidRPr="00ED2954" w:rsidRDefault="005150B2">
            <w:pPr>
              <w:rPr>
                <w:lang w:val="es-AR"/>
              </w:rPr>
            </w:pPr>
            <w:proofErr w:type="spellStart"/>
            <w:r w:rsidRPr="00ED2954">
              <w:rPr>
                <w:lang w:val="es-AR"/>
              </w:rPr>
              <w:t>PCs</w:t>
            </w:r>
            <w:proofErr w:type="spellEnd"/>
            <w:r w:rsidRPr="00ED2954">
              <w:rPr>
                <w:lang w:val="es-AR"/>
              </w:rPr>
              <w:t xml:space="preserve"> utilizadas para atención de contribuyentes</w:t>
            </w:r>
          </w:p>
        </w:tc>
      </w:tr>
      <w:tr w:rsidR="00C267E1" w:rsidRPr="00ED2954" w14:paraId="5250A210" w14:textId="77777777" w:rsidTr="00A404A4">
        <w:tc>
          <w:tcPr>
            <w:tcW w:w="1413" w:type="dxa"/>
          </w:tcPr>
          <w:p w14:paraId="7BF439A8" w14:textId="77777777" w:rsidR="00C267E1" w:rsidRPr="00ED2954" w:rsidRDefault="005150B2">
            <w:pPr>
              <w:rPr>
                <w:lang w:val="es-AR"/>
              </w:rPr>
            </w:pPr>
            <w:r w:rsidRPr="00ED2954">
              <w:rPr>
                <w:lang w:val="es-AR"/>
              </w:rPr>
              <w:t>Hardware</w:t>
            </w:r>
          </w:p>
        </w:tc>
        <w:tc>
          <w:tcPr>
            <w:tcW w:w="3544" w:type="dxa"/>
          </w:tcPr>
          <w:p w14:paraId="6354CEE6" w14:textId="77777777" w:rsidR="00C267E1" w:rsidRPr="00ED2954" w:rsidRDefault="005150B2">
            <w:pPr>
              <w:rPr>
                <w:lang w:val="es-AR"/>
              </w:rPr>
            </w:pPr>
            <w:r w:rsidRPr="00ED2954">
              <w:rPr>
                <w:lang w:val="es-AR"/>
              </w:rPr>
              <w:t xml:space="preserve">Red LAN / </w:t>
            </w:r>
            <w:proofErr w:type="spellStart"/>
            <w:r w:rsidRPr="00ED2954">
              <w:rPr>
                <w:lang w:val="es-AR"/>
              </w:rPr>
              <w:t>WiFi</w:t>
            </w:r>
            <w:proofErr w:type="spellEnd"/>
            <w:r w:rsidRPr="00ED2954">
              <w:rPr>
                <w:lang w:val="es-AR"/>
              </w:rPr>
              <w:t xml:space="preserve"> Municipal</w:t>
            </w:r>
          </w:p>
        </w:tc>
        <w:tc>
          <w:tcPr>
            <w:tcW w:w="3543" w:type="dxa"/>
          </w:tcPr>
          <w:p w14:paraId="47924AE9" w14:textId="77777777" w:rsidR="00C267E1" w:rsidRPr="00ED2954" w:rsidRDefault="005150B2">
            <w:pPr>
              <w:rPr>
                <w:lang w:val="es-AR"/>
              </w:rPr>
            </w:pPr>
            <w:r w:rsidRPr="00ED2954">
              <w:rPr>
                <w:lang w:val="es-AR"/>
              </w:rPr>
              <w:t>Infraestructura de red interna</w:t>
            </w:r>
          </w:p>
        </w:tc>
      </w:tr>
      <w:tr w:rsidR="00C267E1" w:rsidRPr="00ED2954" w14:paraId="6D9C3AE6" w14:textId="77777777" w:rsidTr="00A404A4">
        <w:tc>
          <w:tcPr>
            <w:tcW w:w="1413" w:type="dxa"/>
          </w:tcPr>
          <w:p w14:paraId="7A661C58" w14:textId="77777777" w:rsidR="00C267E1" w:rsidRPr="00ED2954" w:rsidRDefault="005150B2">
            <w:pPr>
              <w:rPr>
                <w:lang w:val="es-AR"/>
              </w:rPr>
            </w:pPr>
            <w:r w:rsidRPr="00ED2954">
              <w:rPr>
                <w:lang w:val="es-AR"/>
              </w:rPr>
              <w:t>Personal</w:t>
            </w:r>
          </w:p>
        </w:tc>
        <w:tc>
          <w:tcPr>
            <w:tcW w:w="3544" w:type="dxa"/>
          </w:tcPr>
          <w:p w14:paraId="3A5A68AF" w14:textId="77777777" w:rsidR="00C267E1" w:rsidRPr="00ED2954" w:rsidRDefault="005150B2">
            <w:pPr>
              <w:rPr>
                <w:lang w:val="es-AR"/>
              </w:rPr>
            </w:pPr>
            <w:r w:rsidRPr="00ED2954">
              <w:rPr>
                <w:lang w:val="es-AR"/>
              </w:rPr>
              <w:t>Inspectores municipales</w:t>
            </w:r>
          </w:p>
        </w:tc>
        <w:tc>
          <w:tcPr>
            <w:tcW w:w="3543" w:type="dxa"/>
          </w:tcPr>
          <w:p w14:paraId="396EE036" w14:textId="77777777" w:rsidR="00C267E1" w:rsidRPr="00ED2954" w:rsidRDefault="005150B2">
            <w:pPr>
              <w:rPr>
                <w:lang w:val="es-AR"/>
              </w:rPr>
            </w:pPr>
            <w:r w:rsidRPr="00ED2954">
              <w:rPr>
                <w:lang w:val="es-AR"/>
              </w:rPr>
              <w:t>Staff con acceso a habilitaciones y control comercial</w:t>
            </w:r>
          </w:p>
        </w:tc>
      </w:tr>
      <w:tr w:rsidR="00C267E1" w:rsidRPr="00ED2954" w14:paraId="0602120B" w14:textId="77777777" w:rsidTr="00A404A4">
        <w:tc>
          <w:tcPr>
            <w:tcW w:w="1413" w:type="dxa"/>
          </w:tcPr>
          <w:p w14:paraId="1D8C8E1B" w14:textId="77777777" w:rsidR="00C267E1" w:rsidRPr="00ED2954" w:rsidRDefault="005150B2">
            <w:pPr>
              <w:rPr>
                <w:lang w:val="es-AR"/>
              </w:rPr>
            </w:pPr>
            <w:r w:rsidRPr="00ED2954">
              <w:rPr>
                <w:lang w:val="es-AR"/>
              </w:rPr>
              <w:t>Personal</w:t>
            </w:r>
          </w:p>
        </w:tc>
        <w:tc>
          <w:tcPr>
            <w:tcW w:w="3544" w:type="dxa"/>
          </w:tcPr>
          <w:p w14:paraId="343461B9" w14:textId="77777777" w:rsidR="00C267E1" w:rsidRPr="00ED2954" w:rsidRDefault="005150B2">
            <w:pPr>
              <w:rPr>
                <w:lang w:val="es-AR"/>
              </w:rPr>
            </w:pPr>
            <w:r w:rsidRPr="00ED2954">
              <w:rPr>
                <w:lang w:val="es-AR"/>
              </w:rPr>
              <w:t>Personal administrativo Rentas</w:t>
            </w:r>
          </w:p>
        </w:tc>
        <w:tc>
          <w:tcPr>
            <w:tcW w:w="3543" w:type="dxa"/>
          </w:tcPr>
          <w:p w14:paraId="5895CDB9" w14:textId="77777777" w:rsidR="00C267E1" w:rsidRPr="00ED2954" w:rsidRDefault="005150B2">
            <w:pPr>
              <w:rPr>
                <w:lang w:val="es-AR"/>
              </w:rPr>
            </w:pPr>
            <w:r w:rsidRPr="00ED2954">
              <w:rPr>
                <w:lang w:val="es-AR"/>
              </w:rPr>
              <w:t>Recepcionistas y administrativos de recaudación</w:t>
            </w:r>
          </w:p>
        </w:tc>
      </w:tr>
      <w:tr w:rsidR="00C267E1" w:rsidRPr="00ED2954" w14:paraId="149C4604" w14:textId="77777777" w:rsidTr="00A404A4">
        <w:tc>
          <w:tcPr>
            <w:tcW w:w="1413" w:type="dxa"/>
          </w:tcPr>
          <w:p w14:paraId="187AEFB0" w14:textId="77777777" w:rsidR="00C267E1" w:rsidRPr="00ED2954" w:rsidRDefault="005150B2">
            <w:pPr>
              <w:rPr>
                <w:lang w:val="es-AR"/>
              </w:rPr>
            </w:pPr>
            <w:r w:rsidRPr="00ED2954">
              <w:rPr>
                <w:lang w:val="es-AR"/>
              </w:rPr>
              <w:lastRenderedPageBreak/>
              <w:t>Personal</w:t>
            </w:r>
          </w:p>
        </w:tc>
        <w:tc>
          <w:tcPr>
            <w:tcW w:w="3544" w:type="dxa"/>
          </w:tcPr>
          <w:p w14:paraId="3F49F58D" w14:textId="77777777" w:rsidR="00C267E1" w:rsidRPr="00ED2954" w:rsidRDefault="005150B2">
            <w:pPr>
              <w:rPr>
                <w:lang w:val="es-AR"/>
              </w:rPr>
            </w:pPr>
            <w:r w:rsidRPr="00ED2954">
              <w:rPr>
                <w:lang w:val="es-AR"/>
              </w:rPr>
              <w:t>Personal de Sistemas</w:t>
            </w:r>
          </w:p>
        </w:tc>
        <w:tc>
          <w:tcPr>
            <w:tcW w:w="3543" w:type="dxa"/>
          </w:tcPr>
          <w:p w14:paraId="135DE80F" w14:textId="77777777" w:rsidR="00C267E1" w:rsidRPr="00ED2954" w:rsidRDefault="005150B2">
            <w:pPr>
              <w:rPr>
                <w:lang w:val="es-AR"/>
              </w:rPr>
            </w:pPr>
            <w:r w:rsidRPr="00ED2954">
              <w:rPr>
                <w:lang w:val="es-AR"/>
              </w:rPr>
              <w:t>Técnicos encargados del mantenimiento del SGM</w:t>
            </w:r>
          </w:p>
        </w:tc>
      </w:tr>
    </w:tbl>
    <w:p w14:paraId="7DEBD5B0" w14:textId="77777777" w:rsidR="00A404A4" w:rsidRDefault="00A404A4" w:rsidP="00ED2954">
      <w:pPr>
        <w:rPr>
          <w:b/>
          <w:bCs/>
          <w:lang w:val="es-AR"/>
        </w:rPr>
      </w:pPr>
    </w:p>
    <w:p w14:paraId="348801C6" w14:textId="5B71BDB1" w:rsidR="00C267E1" w:rsidRPr="00ED2954" w:rsidRDefault="005150B2" w:rsidP="00ED2954">
      <w:pPr>
        <w:rPr>
          <w:b/>
          <w:bCs/>
          <w:lang w:val="es-AR"/>
        </w:rPr>
      </w:pPr>
      <w:r w:rsidRPr="00ED2954">
        <w:rPr>
          <w:b/>
          <w:bCs/>
          <w:lang w:val="es-AR"/>
        </w:rPr>
        <w:t>Escalas de Valoración</w:t>
      </w:r>
    </w:p>
    <w:p w14:paraId="60B8E83D" w14:textId="77777777" w:rsidR="00C267E1" w:rsidRPr="00ED2954" w:rsidRDefault="005150B2" w:rsidP="00ED2954">
      <w:pPr>
        <w:rPr>
          <w:lang w:val="es-AR"/>
        </w:rPr>
      </w:pPr>
      <w:r w:rsidRPr="00ED2954">
        <w:rPr>
          <w:lang w:val="es-AR"/>
        </w:rPr>
        <w:t>Tabla 1: Confidencialidad</w:t>
      </w:r>
    </w:p>
    <w:tbl>
      <w:tblPr>
        <w:tblStyle w:val="Tablaconcuadrcula"/>
        <w:tblW w:w="0" w:type="auto"/>
        <w:tblLook w:val="04A0" w:firstRow="1" w:lastRow="0" w:firstColumn="1" w:lastColumn="0" w:noHBand="0" w:noVBand="1"/>
      </w:tblPr>
      <w:tblGrid>
        <w:gridCol w:w="2515"/>
        <w:gridCol w:w="6115"/>
      </w:tblGrid>
      <w:tr w:rsidR="00C267E1" w:rsidRPr="00ED2954" w14:paraId="40157040" w14:textId="77777777" w:rsidTr="00ED2954">
        <w:tc>
          <w:tcPr>
            <w:tcW w:w="2518" w:type="dxa"/>
          </w:tcPr>
          <w:p w14:paraId="30B247CC" w14:textId="77777777" w:rsidR="00C267E1" w:rsidRPr="00ED2954" w:rsidRDefault="005150B2">
            <w:pPr>
              <w:rPr>
                <w:lang w:val="es-AR"/>
              </w:rPr>
            </w:pPr>
            <w:r w:rsidRPr="00ED2954">
              <w:rPr>
                <w:b/>
                <w:lang w:val="es-AR"/>
              </w:rPr>
              <w:t>Valor</w:t>
            </w:r>
          </w:p>
        </w:tc>
        <w:tc>
          <w:tcPr>
            <w:tcW w:w="6122" w:type="dxa"/>
          </w:tcPr>
          <w:p w14:paraId="42793C91" w14:textId="77777777" w:rsidR="00C267E1" w:rsidRPr="00ED2954" w:rsidRDefault="005150B2">
            <w:pPr>
              <w:rPr>
                <w:lang w:val="es-AR"/>
              </w:rPr>
            </w:pPr>
            <w:r w:rsidRPr="00ED2954">
              <w:rPr>
                <w:b/>
                <w:lang w:val="es-AR"/>
              </w:rPr>
              <w:t>Criterio</w:t>
            </w:r>
          </w:p>
        </w:tc>
      </w:tr>
      <w:tr w:rsidR="00C267E1" w:rsidRPr="00ED2954" w14:paraId="3B6508C3" w14:textId="77777777" w:rsidTr="00ED2954">
        <w:tc>
          <w:tcPr>
            <w:tcW w:w="2518" w:type="dxa"/>
          </w:tcPr>
          <w:p w14:paraId="11801E78" w14:textId="77777777" w:rsidR="00C267E1" w:rsidRPr="00ED2954" w:rsidRDefault="005150B2">
            <w:pPr>
              <w:rPr>
                <w:lang w:val="es-AR"/>
              </w:rPr>
            </w:pPr>
            <w:r w:rsidRPr="00ED2954">
              <w:rPr>
                <w:lang w:val="es-AR"/>
              </w:rPr>
              <w:t>1</w:t>
            </w:r>
          </w:p>
        </w:tc>
        <w:tc>
          <w:tcPr>
            <w:tcW w:w="6122" w:type="dxa"/>
          </w:tcPr>
          <w:p w14:paraId="7B1DA58D" w14:textId="77777777" w:rsidR="00C267E1" w:rsidRPr="00ED2954" w:rsidRDefault="005150B2">
            <w:pPr>
              <w:rPr>
                <w:lang w:val="es-AR"/>
              </w:rPr>
            </w:pPr>
            <w:r w:rsidRPr="00ED2954">
              <w:rPr>
                <w:lang w:val="es-AR"/>
              </w:rPr>
              <w:t>Información pública o de bajo impacto si se divulga</w:t>
            </w:r>
          </w:p>
        </w:tc>
      </w:tr>
      <w:tr w:rsidR="00C267E1" w:rsidRPr="00ED2954" w14:paraId="747B295A" w14:textId="77777777" w:rsidTr="00ED2954">
        <w:tc>
          <w:tcPr>
            <w:tcW w:w="2518" w:type="dxa"/>
          </w:tcPr>
          <w:p w14:paraId="2E0DE21B" w14:textId="77777777" w:rsidR="00C267E1" w:rsidRPr="00ED2954" w:rsidRDefault="005150B2">
            <w:pPr>
              <w:rPr>
                <w:lang w:val="es-AR"/>
              </w:rPr>
            </w:pPr>
            <w:r w:rsidRPr="00ED2954">
              <w:rPr>
                <w:lang w:val="es-AR"/>
              </w:rPr>
              <w:t>2</w:t>
            </w:r>
          </w:p>
        </w:tc>
        <w:tc>
          <w:tcPr>
            <w:tcW w:w="6122" w:type="dxa"/>
          </w:tcPr>
          <w:p w14:paraId="65A7E14D" w14:textId="77777777" w:rsidR="00C267E1" w:rsidRPr="00ED2954" w:rsidRDefault="005150B2">
            <w:pPr>
              <w:rPr>
                <w:lang w:val="es-AR"/>
              </w:rPr>
            </w:pPr>
            <w:r w:rsidRPr="00ED2954">
              <w:rPr>
                <w:lang w:val="es-AR"/>
              </w:rPr>
              <w:t>Información interna, impacto moderado si se divulga</w:t>
            </w:r>
          </w:p>
        </w:tc>
      </w:tr>
      <w:tr w:rsidR="00C267E1" w:rsidRPr="00ED2954" w14:paraId="11A316C8" w14:textId="77777777" w:rsidTr="00ED2954">
        <w:tc>
          <w:tcPr>
            <w:tcW w:w="2518" w:type="dxa"/>
          </w:tcPr>
          <w:p w14:paraId="33EE4E7E" w14:textId="77777777" w:rsidR="00C267E1" w:rsidRPr="00ED2954" w:rsidRDefault="005150B2">
            <w:pPr>
              <w:rPr>
                <w:lang w:val="es-AR"/>
              </w:rPr>
            </w:pPr>
            <w:r w:rsidRPr="00ED2954">
              <w:rPr>
                <w:lang w:val="es-AR"/>
              </w:rPr>
              <w:t>3</w:t>
            </w:r>
          </w:p>
        </w:tc>
        <w:tc>
          <w:tcPr>
            <w:tcW w:w="6122" w:type="dxa"/>
          </w:tcPr>
          <w:p w14:paraId="584607B9" w14:textId="77777777" w:rsidR="00C267E1" w:rsidRPr="00ED2954" w:rsidRDefault="005150B2">
            <w:pPr>
              <w:rPr>
                <w:lang w:val="es-AR"/>
              </w:rPr>
            </w:pPr>
            <w:r w:rsidRPr="00ED2954">
              <w:rPr>
                <w:lang w:val="es-AR"/>
              </w:rPr>
              <w:t>Información altamente sensible, impacto severo si se divulga</w:t>
            </w:r>
          </w:p>
        </w:tc>
      </w:tr>
    </w:tbl>
    <w:p w14:paraId="358621DE" w14:textId="77777777" w:rsidR="00A404A4" w:rsidRDefault="00A404A4" w:rsidP="00ED2954">
      <w:pPr>
        <w:rPr>
          <w:lang w:val="es-AR"/>
        </w:rPr>
      </w:pPr>
    </w:p>
    <w:p w14:paraId="7A5BE0E6" w14:textId="1AF49F0B" w:rsidR="00C267E1" w:rsidRPr="00ED2954" w:rsidRDefault="005150B2" w:rsidP="00ED2954">
      <w:pPr>
        <w:rPr>
          <w:lang w:val="es-AR"/>
        </w:rPr>
      </w:pPr>
      <w:r w:rsidRPr="00ED2954">
        <w:rPr>
          <w:lang w:val="es-AR"/>
        </w:rPr>
        <w:t>Tabla 2: Integridad</w:t>
      </w:r>
    </w:p>
    <w:tbl>
      <w:tblPr>
        <w:tblStyle w:val="Tablaconcuadrcula"/>
        <w:tblW w:w="0" w:type="auto"/>
        <w:tblLook w:val="04A0" w:firstRow="1" w:lastRow="0" w:firstColumn="1" w:lastColumn="0" w:noHBand="0" w:noVBand="1"/>
      </w:tblPr>
      <w:tblGrid>
        <w:gridCol w:w="2091"/>
        <w:gridCol w:w="6539"/>
      </w:tblGrid>
      <w:tr w:rsidR="00C267E1" w:rsidRPr="00ED2954" w14:paraId="04DB1C10" w14:textId="77777777" w:rsidTr="00ED2954">
        <w:tc>
          <w:tcPr>
            <w:tcW w:w="2093" w:type="dxa"/>
          </w:tcPr>
          <w:p w14:paraId="31CFCE2B" w14:textId="77777777" w:rsidR="00C267E1" w:rsidRPr="00ED2954" w:rsidRDefault="005150B2">
            <w:pPr>
              <w:rPr>
                <w:lang w:val="es-AR"/>
              </w:rPr>
            </w:pPr>
            <w:r w:rsidRPr="00ED2954">
              <w:rPr>
                <w:b/>
                <w:lang w:val="es-AR"/>
              </w:rPr>
              <w:t>Valor</w:t>
            </w:r>
          </w:p>
        </w:tc>
        <w:tc>
          <w:tcPr>
            <w:tcW w:w="6547" w:type="dxa"/>
          </w:tcPr>
          <w:p w14:paraId="0C250FC8" w14:textId="77777777" w:rsidR="00C267E1" w:rsidRPr="00ED2954" w:rsidRDefault="005150B2">
            <w:pPr>
              <w:rPr>
                <w:lang w:val="es-AR"/>
              </w:rPr>
            </w:pPr>
            <w:r w:rsidRPr="00ED2954">
              <w:rPr>
                <w:b/>
                <w:lang w:val="es-AR"/>
              </w:rPr>
              <w:t>Criterio</w:t>
            </w:r>
          </w:p>
        </w:tc>
      </w:tr>
      <w:tr w:rsidR="00C267E1" w:rsidRPr="00ED2954" w14:paraId="58948EF3" w14:textId="77777777" w:rsidTr="00ED2954">
        <w:tc>
          <w:tcPr>
            <w:tcW w:w="2093" w:type="dxa"/>
          </w:tcPr>
          <w:p w14:paraId="64D05253" w14:textId="77777777" w:rsidR="00C267E1" w:rsidRPr="00ED2954" w:rsidRDefault="005150B2">
            <w:pPr>
              <w:rPr>
                <w:lang w:val="es-AR"/>
              </w:rPr>
            </w:pPr>
            <w:r w:rsidRPr="00ED2954">
              <w:rPr>
                <w:lang w:val="es-AR"/>
              </w:rPr>
              <w:t>1</w:t>
            </w:r>
          </w:p>
        </w:tc>
        <w:tc>
          <w:tcPr>
            <w:tcW w:w="6547" w:type="dxa"/>
          </w:tcPr>
          <w:p w14:paraId="26F3230E" w14:textId="77777777" w:rsidR="00C267E1" w:rsidRPr="00ED2954" w:rsidRDefault="005150B2">
            <w:pPr>
              <w:rPr>
                <w:lang w:val="es-AR"/>
              </w:rPr>
            </w:pPr>
            <w:r w:rsidRPr="00ED2954">
              <w:rPr>
                <w:lang w:val="es-AR"/>
              </w:rPr>
              <w:t>Errores menores aceptables, fácil corrección</w:t>
            </w:r>
          </w:p>
        </w:tc>
      </w:tr>
      <w:tr w:rsidR="00C267E1" w:rsidRPr="00ED2954" w14:paraId="3CDBEC3C" w14:textId="77777777" w:rsidTr="00ED2954">
        <w:tc>
          <w:tcPr>
            <w:tcW w:w="2093" w:type="dxa"/>
          </w:tcPr>
          <w:p w14:paraId="563CE953" w14:textId="77777777" w:rsidR="00C267E1" w:rsidRPr="00ED2954" w:rsidRDefault="005150B2">
            <w:pPr>
              <w:rPr>
                <w:lang w:val="es-AR"/>
              </w:rPr>
            </w:pPr>
            <w:r w:rsidRPr="00ED2954">
              <w:rPr>
                <w:lang w:val="es-AR"/>
              </w:rPr>
              <w:t>2</w:t>
            </w:r>
          </w:p>
        </w:tc>
        <w:tc>
          <w:tcPr>
            <w:tcW w:w="6547" w:type="dxa"/>
          </w:tcPr>
          <w:p w14:paraId="79D00850" w14:textId="77777777" w:rsidR="00C267E1" w:rsidRPr="00ED2954" w:rsidRDefault="005150B2">
            <w:pPr>
              <w:rPr>
                <w:lang w:val="es-AR"/>
              </w:rPr>
            </w:pPr>
            <w:r w:rsidRPr="00ED2954">
              <w:rPr>
                <w:lang w:val="es-AR"/>
              </w:rPr>
              <w:t>Precisión importante, errores causan inconvenientes</w:t>
            </w:r>
          </w:p>
        </w:tc>
      </w:tr>
      <w:tr w:rsidR="00C267E1" w:rsidRPr="00ED2954" w14:paraId="2B5AF8CA" w14:textId="77777777" w:rsidTr="00ED2954">
        <w:tc>
          <w:tcPr>
            <w:tcW w:w="2093" w:type="dxa"/>
          </w:tcPr>
          <w:p w14:paraId="5C028759" w14:textId="77777777" w:rsidR="00C267E1" w:rsidRPr="00ED2954" w:rsidRDefault="005150B2">
            <w:pPr>
              <w:rPr>
                <w:lang w:val="es-AR"/>
              </w:rPr>
            </w:pPr>
            <w:r w:rsidRPr="00ED2954">
              <w:rPr>
                <w:lang w:val="es-AR"/>
              </w:rPr>
              <w:t>3</w:t>
            </w:r>
          </w:p>
        </w:tc>
        <w:tc>
          <w:tcPr>
            <w:tcW w:w="6547" w:type="dxa"/>
          </w:tcPr>
          <w:p w14:paraId="680F3B18" w14:textId="77777777" w:rsidR="00C267E1" w:rsidRPr="00ED2954" w:rsidRDefault="005150B2">
            <w:pPr>
              <w:rPr>
                <w:lang w:val="es-AR"/>
              </w:rPr>
            </w:pPr>
            <w:r w:rsidRPr="00ED2954">
              <w:rPr>
                <w:lang w:val="es-AR"/>
              </w:rPr>
              <w:t>Precisión crítica, errores pueden ser peligrosos o causar daño legal</w:t>
            </w:r>
          </w:p>
        </w:tc>
      </w:tr>
    </w:tbl>
    <w:p w14:paraId="5C071487" w14:textId="77777777" w:rsidR="00C267E1" w:rsidRPr="00ED2954" w:rsidRDefault="00C267E1">
      <w:pPr>
        <w:rPr>
          <w:lang w:val="es-AR"/>
        </w:rPr>
      </w:pPr>
    </w:p>
    <w:p w14:paraId="16AB7342" w14:textId="77777777" w:rsidR="00C267E1" w:rsidRPr="00ED2954" w:rsidRDefault="005150B2" w:rsidP="00ED2954">
      <w:pPr>
        <w:rPr>
          <w:lang w:val="es-AR"/>
        </w:rPr>
      </w:pPr>
      <w:r w:rsidRPr="00ED2954">
        <w:rPr>
          <w:lang w:val="es-AR"/>
        </w:rPr>
        <w:t>Tabla 3: Disponibilidad</w:t>
      </w:r>
    </w:p>
    <w:tbl>
      <w:tblPr>
        <w:tblStyle w:val="Tablaconcuadrcula"/>
        <w:tblW w:w="0" w:type="auto"/>
        <w:tblLook w:val="04A0" w:firstRow="1" w:lastRow="0" w:firstColumn="1" w:lastColumn="0" w:noHBand="0" w:noVBand="1"/>
      </w:tblPr>
      <w:tblGrid>
        <w:gridCol w:w="2515"/>
        <w:gridCol w:w="6115"/>
      </w:tblGrid>
      <w:tr w:rsidR="00C267E1" w:rsidRPr="00ED2954" w14:paraId="082ACF64" w14:textId="77777777" w:rsidTr="00ED2954">
        <w:tc>
          <w:tcPr>
            <w:tcW w:w="2518" w:type="dxa"/>
          </w:tcPr>
          <w:p w14:paraId="4A717A40" w14:textId="77777777" w:rsidR="00C267E1" w:rsidRPr="00ED2954" w:rsidRDefault="005150B2">
            <w:pPr>
              <w:rPr>
                <w:lang w:val="es-AR"/>
              </w:rPr>
            </w:pPr>
            <w:r w:rsidRPr="00ED2954">
              <w:rPr>
                <w:b/>
                <w:lang w:val="es-AR"/>
              </w:rPr>
              <w:t>Valor</w:t>
            </w:r>
          </w:p>
        </w:tc>
        <w:tc>
          <w:tcPr>
            <w:tcW w:w="6122" w:type="dxa"/>
          </w:tcPr>
          <w:p w14:paraId="7E6BC9D4" w14:textId="77777777" w:rsidR="00C267E1" w:rsidRPr="00ED2954" w:rsidRDefault="005150B2">
            <w:pPr>
              <w:rPr>
                <w:lang w:val="es-AR"/>
              </w:rPr>
            </w:pPr>
            <w:r w:rsidRPr="00ED2954">
              <w:rPr>
                <w:b/>
                <w:lang w:val="es-AR"/>
              </w:rPr>
              <w:t>Criterio</w:t>
            </w:r>
          </w:p>
        </w:tc>
      </w:tr>
      <w:tr w:rsidR="00C267E1" w:rsidRPr="00ED2954" w14:paraId="1CB88CD6" w14:textId="77777777" w:rsidTr="00ED2954">
        <w:tc>
          <w:tcPr>
            <w:tcW w:w="2518" w:type="dxa"/>
          </w:tcPr>
          <w:p w14:paraId="6D62EF17" w14:textId="77777777" w:rsidR="00C267E1" w:rsidRPr="00ED2954" w:rsidRDefault="005150B2">
            <w:pPr>
              <w:rPr>
                <w:lang w:val="es-AR"/>
              </w:rPr>
            </w:pPr>
            <w:r w:rsidRPr="00ED2954">
              <w:rPr>
                <w:lang w:val="es-AR"/>
              </w:rPr>
              <w:t>1</w:t>
            </w:r>
          </w:p>
        </w:tc>
        <w:tc>
          <w:tcPr>
            <w:tcW w:w="6122" w:type="dxa"/>
          </w:tcPr>
          <w:p w14:paraId="077B354D" w14:textId="77777777" w:rsidR="00C267E1" w:rsidRPr="00ED2954" w:rsidRDefault="005150B2">
            <w:pPr>
              <w:rPr>
                <w:lang w:val="es-AR"/>
              </w:rPr>
            </w:pPr>
            <w:r w:rsidRPr="00ED2954">
              <w:rPr>
                <w:lang w:val="es-AR"/>
              </w:rPr>
              <w:t>Puede estar no disponible por horas sin mayor impacto</w:t>
            </w:r>
          </w:p>
        </w:tc>
      </w:tr>
      <w:tr w:rsidR="00C267E1" w:rsidRPr="00ED2954" w14:paraId="1E96B2DB" w14:textId="77777777" w:rsidTr="00ED2954">
        <w:tc>
          <w:tcPr>
            <w:tcW w:w="2518" w:type="dxa"/>
          </w:tcPr>
          <w:p w14:paraId="6EFFBA9E" w14:textId="77777777" w:rsidR="00C267E1" w:rsidRPr="00ED2954" w:rsidRDefault="005150B2">
            <w:pPr>
              <w:rPr>
                <w:lang w:val="es-AR"/>
              </w:rPr>
            </w:pPr>
            <w:r w:rsidRPr="00ED2954">
              <w:rPr>
                <w:lang w:val="es-AR"/>
              </w:rPr>
              <w:t>2</w:t>
            </w:r>
          </w:p>
        </w:tc>
        <w:tc>
          <w:tcPr>
            <w:tcW w:w="6122" w:type="dxa"/>
          </w:tcPr>
          <w:p w14:paraId="63A7272C" w14:textId="77777777" w:rsidR="00C267E1" w:rsidRPr="00ED2954" w:rsidRDefault="005150B2">
            <w:pPr>
              <w:rPr>
                <w:lang w:val="es-AR"/>
              </w:rPr>
            </w:pPr>
            <w:r w:rsidRPr="00ED2954">
              <w:rPr>
                <w:lang w:val="es-AR"/>
              </w:rPr>
              <w:t>Indisponibilidad causa inconvenientes operativos</w:t>
            </w:r>
          </w:p>
        </w:tc>
      </w:tr>
      <w:tr w:rsidR="00C267E1" w:rsidRPr="00ED2954" w14:paraId="09303F57" w14:textId="77777777" w:rsidTr="00ED2954">
        <w:tc>
          <w:tcPr>
            <w:tcW w:w="2518" w:type="dxa"/>
          </w:tcPr>
          <w:p w14:paraId="1658364E" w14:textId="77777777" w:rsidR="00C267E1" w:rsidRPr="00ED2954" w:rsidRDefault="005150B2">
            <w:pPr>
              <w:rPr>
                <w:lang w:val="es-AR"/>
              </w:rPr>
            </w:pPr>
            <w:r w:rsidRPr="00ED2954">
              <w:rPr>
                <w:lang w:val="es-AR"/>
              </w:rPr>
              <w:t>3</w:t>
            </w:r>
          </w:p>
        </w:tc>
        <w:tc>
          <w:tcPr>
            <w:tcW w:w="6122" w:type="dxa"/>
          </w:tcPr>
          <w:p w14:paraId="51281165" w14:textId="77777777" w:rsidR="00C267E1" w:rsidRPr="00ED2954" w:rsidRDefault="005150B2">
            <w:pPr>
              <w:rPr>
                <w:lang w:val="es-AR"/>
              </w:rPr>
            </w:pPr>
            <w:r w:rsidRPr="00ED2954">
              <w:rPr>
                <w:lang w:val="es-AR"/>
              </w:rPr>
              <w:t>Debe estar disponible 24/7, indisponibilidad es crítica</w:t>
            </w:r>
          </w:p>
        </w:tc>
      </w:tr>
    </w:tbl>
    <w:p w14:paraId="1AFA9272" w14:textId="77777777" w:rsidR="00C267E1" w:rsidRPr="00ED2954" w:rsidRDefault="00C267E1">
      <w:pPr>
        <w:rPr>
          <w:lang w:val="es-AR"/>
        </w:rPr>
      </w:pPr>
    </w:p>
    <w:p w14:paraId="19D0EED7" w14:textId="77777777" w:rsidR="00C267E1" w:rsidRPr="00ED2954" w:rsidRDefault="005150B2" w:rsidP="00ED2954">
      <w:pPr>
        <w:rPr>
          <w:lang w:val="es-AR"/>
        </w:rPr>
      </w:pPr>
      <w:r w:rsidRPr="00ED2954">
        <w:rPr>
          <w:lang w:val="es-AR"/>
        </w:rPr>
        <w:t>Tabla 4: Probabilidad de Amenazas (anual)</w:t>
      </w:r>
    </w:p>
    <w:tbl>
      <w:tblPr>
        <w:tblStyle w:val="Tablaconcuadrcula"/>
        <w:tblW w:w="0" w:type="auto"/>
        <w:tblLook w:val="04A0" w:firstRow="1" w:lastRow="0" w:firstColumn="1" w:lastColumn="0" w:noHBand="0" w:noVBand="1"/>
      </w:tblPr>
      <w:tblGrid>
        <w:gridCol w:w="4315"/>
        <w:gridCol w:w="4315"/>
      </w:tblGrid>
      <w:tr w:rsidR="00C267E1" w:rsidRPr="00ED2954" w14:paraId="4C2055D6" w14:textId="77777777">
        <w:tc>
          <w:tcPr>
            <w:tcW w:w="4320" w:type="dxa"/>
          </w:tcPr>
          <w:p w14:paraId="7F677642" w14:textId="77777777" w:rsidR="00C267E1" w:rsidRPr="00ED2954" w:rsidRDefault="005150B2">
            <w:pPr>
              <w:rPr>
                <w:lang w:val="es-AR"/>
              </w:rPr>
            </w:pPr>
            <w:r w:rsidRPr="00ED2954">
              <w:rPr>
                <w:b/>
                <w:lang w:val="es-AR"/>
              </w:rPr>
              <w:t>Amenaza</w:t>
            </w:r>
          </w:p>
        </w:tc>
        <w:tc>
          <w:tcPr>
            <w:tcW w:w="4320" w:type="dxa"/>
          </w:tcPr>
          <w:p w14:paraId="3F30BF1B" w14:textId="77777777" w:rsidR="00C267E1" w:rsidRPr="00ED2954" w:rsidRDefault="005150B2">
            <w:pPr>
              <w:rPr>
                <w:lang w:val="es-AR"/>
              </w:rPr>
            </w:pPr>
            <w:r w:rsidRPr="00ED2954">
              <w:rPr>
                <w:b/>
                <w:lang w:val="es-AR"/>
              </w:rPr>
              <w:t>Probabilidad</w:t>
            </w:r>
          </w:p>
        </w:tc>
      </w:tr>
      <w:tr w:rsidR="00C267E1" w:rsidRPr="00ED2954" w14:paraId="78D97A87" w14:textId="77777777">
        <w:tc>
          <w:tcPr>
            <w:tcW w:w="4320" w:type="dxa"/>
          </w:tcPr>
          <w:p w14:paraId="0F89C338" w14:textId="77777777" w:rsidR="00C267E1" w:rsidRPr="00ED2954" w:rsidRDefault="005150B2">
            <w:pPr>
              <w:rPr>
                <w:lang w:val="es-AR"/>
              </w:rPr>
            </w:pPr>
            <w:r w:rsidRPr="00ED2954">
              <w:rPr>
                <w:lang w:val="es-AR"/>
              </w:rPr>
              <w:t>Acceso no autorizado</w:t>
            </w:r>
          </w:p>
        </w:tc>
        <w:tc>
          <w:tcPr>
            <w:tcW w:w="4320" w:type="dxa"/>
          </w:tcPr>
          <w:p w14:paraId="3312F1F8" w14:textId="77777777" w:rsidR="00C267E1" w:rsidRPr="00ED2954" w:rsidRDefault="005150B2">
            <w:pPr>
              <w:rPr>
                <w:lang w:val="es-AR"/>
              </w:rPr>
            </w:pPr>
            <w:r w:rsidRPr="00ED2954">
              <w:rPr>
                <w:lang w:val="es-AR"/>
              </w:rPr>
              <w:t>30%</w:t>
            </w:r>
          </w:p>
        </w:tc>
      </w:tr>
      <w:tr w:rsidR="00C267E1" w:rsidRPr="00ED2954" w14:paraId="7A85FB82" w14:textId="77777777">
        <w:tc>
          <w:tcPr>
            <w:tcW w:w="4320" w:type="dxa"/>
          </w:tcPr>
          <w:p w14:paraId="4A3E792A" w14:textId="77777777" w:rsidR="00C267E1" w:rsidRPr="00ED2954" w:rsidRDefault="005150B2">
            <w:pPr>
              <w:rPr>
                <w:lang w:val="es-AR"/>
              </w:rPr>
            </w:pPr>
            <w:proofErr w:type="spellStart"/>
            <w:r w:rsidRPr="00ED2954">
              <w:rPr>
                <w:lang w:val="es-AR"/>
              </w:rPr>
              <w:t>Ransomware</w:t>
            </w:r>
            <w:proofErr w:type="spellEnd"/>
          </w:p>
        </w:tc>
        <w:tc>
          <w:tcPr>
            <w:tcW w:w="4320" w:type="dxa"/>
          </w:tcPr>
          <w:p w14:paraId="59BB1E4B" w14:textId="77777777" w:rsidR="00C267E1" w:rsidRPr="00ED2954" w:rsidRDefault="005150B2">
            <w:pPr>
              <w:rPr>
                <w:lang w:val="es-AR"/>
              </w:rPr>
            </w:pPr>
            <w:r w:rsidRPr="00ED2954">
              <w:rPr>
                <w:lang w:val="es-AR"/>
              </w:rPr>
              <w:t>25%</w:t>
            </w:r>
          </w:p>
        </w:tc>
      </w:tr>
      <w:tr w:rsidR="00C267E1" w:rsidRPr="00ED2954" w14:paraId="4466A8A5" w14:textId="77777777">
        <w:tc>
          <w:tcPr>
            <w:tcW w:w="4320" w:type="dxa"/>
          </w:tcPr>
          <w:p w14:paraId="010EA962" w14:textId="77777777" w:rsidR="00C267E1" w:rsidRPr="00ED2954" w:rsidRDefault="005150B2">
            <w:pPr>
              <w:rPr>
                <w:lang w:val="es-AR"/>
              </w:rPr>
            </w:pPr>
            <w:r w:rsidRPr="00ED2954">
              <w:rPr>
                <w:lang w:val="es-AR"/>
              </w:rPr>
              <w:t>Falla de hardware</w:t>
            </w:r>
          </w:p>
        </w:tc>
        <w:tc>
          <w:tcPr>
            <w:tcW w:w="4320" w:type="dxa"/>
          </w:tcPr>
          <w:p w14:paraId="2A84D185" w14:textId="77777777" w:rsidR="00C267E1" w:rsidRPr="00ED2954" w:rsidRDefault="005150B2">
            <w:pPr>
              <w:rPr>
                <w:lang w:val="es-AR"/>
              </w:rPr>
            </w:pPr>
            <w:r w:rsidRPr="00ED2954">
              <w:rPr>
                <w:lang w:val="es-AR"/>
              </w:rPr>
              <w:t>15%</w:t>
            </w:r>
          </w:p>
        </w:tc>
      </w:tr>
      <w:tr w:rsidR="00C267E1" w:rsidRPr="00ED2954" w14:paraId="121FA1AD" w14:textId="77777777">
        <w:tc>
          <w:tcPr>
            <w:tcW w:w="4320" w:type="dxa"/>
          </w:tcPr>
          <w:p w14:paraId="3160924E" w14:textId="77777777" w:rsidR="00C267E1" w:rsidRPr="00ED2954" w:rsidRDefault="005150B2">
            <w:pPr>
              <w:rPr>
                <w:lang w:val="es-AR"/>
              </w:rPr>
            </w:pPr>
            <w:r w:rsidRPr="00ED2954">
              <w:rPr>
                <w:lang w:val="es-AR"/>
              </w:rPr>
              <w:t>Error humano</w:t>
            </w:r>
          </w:p>
        </w:tc>
        <w:tc>
          <w:tcPr>
            <w:tcW w:w="4320" w:type="dxa"/>
          </w:tcPr>
          <w:p w14:paraId="60D979B9" w14:textId="77777777" w:rsidR="00C267E1" w:rsidRPr="00ED2954" w:rsidRDefault="005150B2">
            <w:pPr>
              <w:rPr>
                <w:lang w:val="es-AR"/>
              </w:rPr>
            </w:pPr>
            <w:r w:rsidRPr="00ED2954">
              <w:rPr>
                <w:lang w:val="es-AR"/>
              </w:rPr>
              <w:t>60%</w:t>
            </w:r>
          </w:p>
        </w:tc>
      </w:tr>
      <w:tr w:rsidR="00C267E1" w:rsidRPr="00ED2954" w14:paraId="6CEB692E" w14:textId="77777777">
        <w:tc>
          <w:tcPr>
            <w:tcW w:w="4320" w:type="dxa"/>
          </w:tcPr>
          <w:p w14:paraId="628A19CD" w14:textId="77777777" w:rsidR="00C267E1" w:rsidRPr="00ED2954" w:rsidRDefault="005150B2">
            <w:pPr>
              <w:rPr>
                <w:lang w:val="es-AR"/>
              </w:rPr>
            </w:pPr>
            <w:r w:rsidRPr="00ED2954">
              <w:rPr>
                <w:lang w:val="es-AR"/>
              </w:rPr>
              <w:t>Fuga de información</w:t>
            </w:r>
          </w:p>
        </w:tc>
        <w:tc>
          <w:tcPr>
            <w:tcW w:w="4320" w:type="dxa"/>
          </w:tcPr>
          <w:p w14:paraId="670CB0E7" w14:textId="77777777" w:rsidR="00C267E1" w:rsidRPr="00ED2954" w:rsidRDefault="005150B2">
            <w:pPr>
              <w:rPr>
                <w:lang w:val="es-AR"/>
              </w:rPr>
            </w:pPr>
            <w:r w:rsidRPr="00ED2954">
              <w:rPr>
                <w:lang w:val="es-AR"/>
              </w:rPr>
              <w:t>20%</w:t>
            </w:r>
          </w:p>
        </w:tc>
      </w:tr>
      <w:tr w:rsidR="00C267E1" w:rsidRPr="00ED2954" w14:paraId="3B68A61D" w14:textId="77777777">
        <w:tc>
          <w:tcPr>
            <w:tcW w:w="4320" w:type="dxa"/>
          </w:tcPr>
          <w:p w14:paraId="1E2EECB2" w14:textId="77777777" w:rsidR="00C267E1" w:rsidRPr="00ED2954" w:rsidRDefault="005150B2">
            <w:pPr>
              <w:rPr>
                <w:lang w:val="es-AR"/>
              </w:rPr>
            </w:pPr>
            <w:r w:rsidRPr="00ED2954">
              <w:rPr>
                <w:lang w:val="es-AR"/>
              </w:rPr>
              <w:t>Corte de energía</w:t>
            </w:r>
          </w:p>
        </w:tc>
        <w:tc>
          <w:tcPr>
            <w:tcW w:w="4320" w:type="dxa"/>
          </w:tcPr>
          <w:p w14:paraId="093B1A32" w14:textId="77777777" w:rsidR="00C267E1" w:rsidRPr="00ED2954" w:rsidRDefault="005150B2">
            <w:pPr>
              <w:rPr>
                <w:lang w:val="es-AR"/>
              </w:rPr>
            </w:pPr>
            <w:r w:rsidRPr="00ED2954">
              <w:rPr>
                <w:lang w:val="es-AR"/>
              </w:rPr>
              <w:t>40%</w:t>
            </w:r>
          </w:p>
        </w:tc>
      </w:tr>
      <w:tr w:rsidR="00C267E1" w:rsidRPr="00ED2954" w14:paraId="3C12E47F" w14:textId="77777777">
        <w:tc>
          <w:tcPr>
            <w:tcW w:w="4320" w:type="dxa"/>
          </w:tcPr>
          <w:p w14:paraId="38B977FC" w14:textId="77777777" w:rsidR="00C267E1" w:rsidRPr="00ED2954" w:rsidRDefault="005150B2">
            <w:pPr>
              <w:rPr>
                <w:lang w:val="es-AR"/>
              </w:rPr>
            </w:pPr>
            <w:r w:rsidRPr="00ED2954">
              <w:rPr>
                <w:lang w:val="es-AR"/>
              </w:rPr>
              <w:t>Incendio</w:t>
            </w:r>
          </w:p>
        </w:tc>
        <w:tc>
          <w:tcPr>
            <w:tcW w:w="4320" w:type="dxa"/>
          </w:tcPr>
          <w:p w14:paraId="3E3CC308" w14:textId="77777777" w:rsidR="00C267E1" w:rsidRPr="00ED2954" w:rsidRDefault="005150B2">
            <w:pPr>
              <w:rPr>
                <w:lang w:val="es-AR"/>
              </w:rPr>
            </w:pPr>
            <w:r w:rsidRPr="00ED2954">
              <w:rPr>
                <w:lang w:val="es-AR"/>
              </w:rPr>
              <w:t>5%</w:t>
            </w:r>
          </w:p>
        </w:tc>
      </w:tr>
    </w:tbl>
    <w:p w14:paraId="3BD4A6C4" w14:textId="77777777" w:rsidR="00C267E1" w:rsidRPr="00ED2954" w:rsidRDefault="00C267E1">
      <w:pPr>
        <w:rPr>
          <w:lang w:val="es-AR"/>
        </w:rPr>
      </w:pPr>
    </w:p>
    <w:p w14:paraId="680E83BE" w14:textId="77777777" w:rsidR="00C267E1" w:rsidRPr="00ED2954" w:rsidRDefault="005150B2" w:rsidP="00810DEE">
      <w:pPr>
        <w:jc w:val="both"/>
        <w:rPr>
          <w:b/>
          <w:bCs/>
          <w:lang w:val="es-AR"/>
        </w:rPr>
      </w:pPr>
      <w:r w:rsidRPr="00ED2954">
        <w:rPr>
          <w:b/>
          <w:bCs/>
          <w:lang w:val="es-AR"/>
        </w:rPr>
        <w:t>Actividades a Realizar</w:t>
      </w:r>
    </w:p>
    <w:p w14:paraId="0FE1085D" w14:textId="77777777" w:rsidR="00C267E1" w:rsidRPr="00ED2954" w:rsidRDefault="005150B2" w:rsidP="00810DEE">
      <w:pPr>
        <w:jc w:val="both"/>
        <w:rPr>
          <w:b/>
          <w:bCs/>
          <w:lang w:val="es-AR"/>
        </w:rPr>
      </w:pPr>
      <w:r w:rsidRPr="00ED2954">
        <w:rPr>
          <w:b/>
          <w:bCs/>
          <w:lang w:val="es-AR"/>
        </w:rPr>
        <w:t>1. Definición del Alcance (Paso 1)</w:t>
      </w:r>
    </w:p>
    <w:p w14:paraId="470A8052" w14:textId="1A02A049" w:rsidR="0024688B" w:rsidRDefault="005150B2" w:rsidP="00810DEE">
      <w:pPr>
        <w:jc w:val="both"/>
        <w:rPr>
          <w:lang w:val="es-AR"/>
        </w:rPr>
      </w:pPr>
      <w:r w:rsidRPr="00ED2954">
        <w:rPr>
          <w:lang w:val="es-AR"/>
        </w:rPr>
        <w:t>Defina claramente el alcance de este análisis de riesgo. Considere: ¿Qué sistemas incluye? ¿Qué áreas abarca? ¿Qué regulaciones debe considerar?</w:t>
      </w:r>
    </w:p>
    <w:p w14:paraId="71CBD6CD" w14:textId="77777777" w:rsidR="0024688B" w:rsidRDefault="0024688B">
      <w:pPr>
        <w:rPr>
          <w:lang w:val="es-AR"/>
        </w:rPr>
      </w:pPr>
      <w:r>
        <w:rPr>
          <w:lang w:val="es-AR"/>
        </w:rPr>
        <w:br w:type="page"/>
      </w:r>
    </w:p>
    <w:p w14:paraId="78E9ADE4" w14:textId="77777777" w:rsidR="00C267E1" w:rsidRPr="00ED2954" w:rsidRDefault="005150B2" w:rsidP="00810DEE">
      <w:pPr>
        <w:jc w:val="both"/>
        <w:rPr>
          <w:b/>
          <w:bCs/>
          <w:lang w:val="es-AR"/>
        </w:rPr>
      </w:pPr>
      <w:r w:rsidRPr="00ED2954">
        <w:rPr>
          <w:b/>
          <w:bCs/>
          <w:lang w:val="es-AR"/>
        </w:rPr>
        <w:lastRenderedPageBreak/>
        <w:t>2. Valoración de Activos (Paso 2)</w:t>
      </w:r>
    </w:p>
    <w:p w14:paraId="37C0F771" w14:textId="77777777" w:rsidR="00C267E1" w:rsidRPr="00ED2954" w:rsidRDefault="005150B2" w:rsidP="00810DEE">
      <w:pPr>
        <w:jc w:val="both"/>
        <w:rPr>
          <w:lang w:val="es-AR"/>
        </w:rPr>
      </w:pPr>
      <w:r w:rsidRPr="00ED2954">
        <w:rPr>
          <w:lang w:val="es-AR"/>
        </w:rPr>
        <w:t>Complete la siguiente tabla asignando valores de 1 a 3 para cada criterio. El valor total se calcula como: Valor Total = Confidencialidad + Integridad + Disponibilidad (rango 3 a 9).</w:t>
      </w:r>
    </w:p>
    <w:tbl>
      <w:tblPr>
        <w:tblStyle w:val="Tablaconcuadrcula"/>
        <w:tblW w:w="0" w:type="auto"/>
        <w:tblLook w:val="04A0" w:firstRow="1" w:lastRow="0" w:firstColumn="1" w:lastColumn="0" w:noHBand="0" w:noVBand="1"/>
      </w:tblPr>
      <w:tblGrid>
        <w:gridCol w:w="1639"/>
        <w:gridCol w:w="1930"/>
        <w:gridCol w:w="1298"/>
        <w:gridCol w:w="1717"/>
        <w:gridCol w:w="807"/>
      </w:tblGrid>
      <w:tr w:rsidR="00944AE9" w:rsidRPr="00ED2954" w14:paraId="7A6B2E28" w14:textId="77777777" w:rsidTr="00944AE9">
        <w:tc>
          <w:tcPr>
            <w:tcW w:w="1639" w:type="dxa"/>
          </w:tcPr>
          <w:p w14:paraId="00E18E62" w14:textId="77777777" w:rsidR="00944AE9" w:rsidRPr="00ED2954" w:rsidRDefault="00944AE9">
            <w:pPr>
              <w:rPr>
                <w:lang w:val="es-AR"/>
              </w:rPr>
            </w:pPr>
            <w:r w:rsidRPr="00ED2954">
              <w:rPr>
                <w:b/>
                <w:lang w:val="es-AR"/>
              </w:rPr>
              <w:t>Activo</w:t>
            </w:r>
          </w:p>
        </w:tc>
        <w:tc>
          <w:tcPr>
            <w:tcW w:w="1930" w:type="dxa"/>
          </w:tcPr>
          <w:p w14:paraId="68200164" w14:textId="77777777" w:rsidR="00944AE9" w:rsidRPr="00ED2954" w:rsidRDefault="00944AE9">
            <w:pPr>
              <w:rPr>
                <w:lang w:val="es-AR"/>
              </w:rPr>
            </w:pPr>
            <w:r w:rsidRPr="00ED2954">
              <w:rPr>
                <w:b/>
                <w:lang w:val="es-AR"/>
              </w:rPr>
              <w:t>Confidencialidad</w:t>
            </w:r>
          </w:p>
        </w:tc>
        <w:tc>
          <w:tcPr>
            <w:tcW w:w="1298" w:type="dxa"/>
          </w:tcPr>
          <w:p w14:paraId="2EE25796" w14:textId="77777777" w:rsidR="00944AE9" w:rsidRPr="00ED2954" w:rsidRDefault="00944AE9">
            <w:pPr>
              <w:rPr>
                <w:lang w:val="es-AR"/>
              </w:rPr>
            </w:pPr>
            <w:r w:rsidRPr="00ED2954">
              <w:rPr>
                <w:b/>
                <w:lang w:val="es-AR"/>
              </w:rPr>
              <w:t>Integridad</w:t>
            </w:r>
          </w:p>
        </w:tc>
        <w:tc>
          <w:tcPr>
            <w:tcW w:w="1717" w:type="dxa"/>
          </w:tcPr>
          <w:p w14:paraId="3C46D6E8" w14:textId="77777777" w:rsidR="00944AE9" w:rsidRPr="00ED2954" w:rsidRDefault="00944AE9">
            <w:pPr>
              <w:rPr>
                <w:lang w:val="es-AR"/>
              </w:rPr>
            </w:pPr>
            <w:r w:rsidRPr="00ED2954">
              <w:rPr>
                <w:b/>
                <w:lang w:val="es-AR"/>
              </w:rPr>
              <w:t>Disponibilidad</w:t>
            </w:r>
          </w:p>
        </w:tc>
        <w:tc>
          <w:tcPr>
            <w:tcW w:w="807" w:type="dxa"/>
          </w:tcPr>
          <w:p w14:paraId="04AF4BB7" w14:textId="77777777" w:rsidR="00944AE9" w:rsidRPr="00ED2954" w:rsidRDefault="00944AE9">
            <w:pPr>
              <w:rPr>
                <w:lang w:val="es-AR"/>
              </w:rPr>
            </w:pPr>
            <w:r w:rsidRPr="00ED2954">
              <w:rPr>
                <w:b/>
                <w:lang w:val="es-AR"/>
              </w:rPr>
              <w:t>Valor Total</w:t>
            </w:r>
          </w:p>
        </w:tc>
      </w:tr>
      <w:tr w:rsidR="00944AE9" w:rsidRPr="00ED2954" w14:paraId="2C04E5FA" w14:textId="77777777" w:rsidTr="00944AE9">
        <w:tc>
          <w:tcPr>
            <w:tcW w:w="1639" w:type="dxa"/>
          </w:tcPr>
          <w:p w14:paraId="7CD6A3CC" w14:textId="77777777" w:rsidR="00944AE9" w:rsidRPr="00ED2954" w:rsidRDefault="00944AE9">
            <w:pPr>
              <w:rPr>
                <w:lang w:val="es-AR"/>
              </w:rPr>
            </w:pPr>
            <w:r w:rsidRPr="00ED2954">
              <w:rPr>
                <w:lang w:val="es-AR"/>
              </w:rPr>
              <w:t>Padrón de contribuyentes</w:t>
            </w:r>
          </w:p>
        </w:tc>
        <w:tc>
          <w:tcPr>
            <w:tcW w:w="1930" w:type="dxa"/>
          </w:tcPr>
          <w:p w14:paraId="5156BF45" w14:textId="77777777" w:rsidR="00944AE9" w:rsidRPr="00ED2954" w:rsidRDefault="00944AE9">
            <w:pPr>
              <w:rPr>
                <w:lang w:val="es-AR"/>
              </w:rPr>
            </w:pPr>
          </w:p>
        </w:tc>
        <w:tc>
          <w:tcPr>
            <w:tcW w:w="1298" w:type="dxa"/>
          </w:tcPr>
          <w:p w14:paraId="07F4A525" w14:textId="77777777" w:rsidR="00944AE9" w:rsidRPr="00ED2954" w:rsidRDefault="00944AE9">
            <w:pPr>
              <w:rPr>
                <w:lang w:val="es-AR"/>
              </w:rPr>
            </w:pPr>
          </w:p>
        </w:tc>
        <w:tc>
          <w:tcPr>
            <w:tcW w:w="1717" w:type="dxa"/>
          </w:tcPr>
          <w:p w14:paraId="4F701F35" w14:textId="77777777" w:rsidR="00944AE9" w:rsidRPr="00ED2954" w:rsidRDefault="00944AE9">
            <w:pPr>
              <w:rPr>
                <w:lang w:val="es-AR"/>
              </w:rPr>
            </w:pPr>
          </w:p>
        </w:tc>
        <w:tc>
          <w:tcPr>
            <w:tcW w:w="807" w:type="dxa"/>
          </w:tcPr>
          <w:p w14:paraId="1B6A18E3" w14:textId="77777777" w:rsidR="00944AE9" w:rsidRPr="00ED2954" w:rsidRDefault="00944AE9">
            <w:pPr>
              <w:rPr>
                <w:lang w:val="es-AR"/>
              </w:rPr>
            </w:pPr>
          </w:p>
        </w:tc>
      </w:tr>
      <w:tr w:rsidR="00944AE9" w:rsidRPr="00ED2954" w14:paraId="40891B56" w14:textId="77777777" w:rsidTr="00944AE9">
        <w:tc>
          <w:tcPr>
            <w:tcW w:w="1639" w:type="dxa"/>
          </w:tcPr>
          <w:p w14:paraId="52F75F44" w14:textId="77777777" w:rsidR="00944AE9" w:rsidRPr="00ED2954" w:rsidRDefault="00944AE9">
            <w:pPr>
              <w:rPr>
                <w:lang w:val="es-AR"/>
              </w:rPr>
            </w:pPr>
            <w:r w:rsidRPr="00ED2954">
              <w:rPr>
                <w:lang w:val="es-AR"/>
              </w:rPr>
              <w:t>Base de habilitaciones</w:t>
            </w:r>
          </w:p>
        </w:tc>
        <w:tc>
          <w:tcPr>
            <w:tcW w:w="1930" w:type="dxa"/>
          </w:tcPr>
          <w:p w14:paraId="770E9D6D" w14:textId="77777777" w:rsidR="00944AE9" w:rsidRPr="00ED2954" w:rsidRDefault="00944AE9">
            <w:pPr>
              <w:rPr>
                <w:lang w:val="es-AR"/>
              </w:rPr>
            </w:pPr>
          </w:p>
        </w:tc>
        <w:tc>
          <w:tcPr>
            <w:tcW w:w="1298" w:type="dxa"/>
          </w:tcPr>
          <w:p w14:paraId="06BA43C1" w14:textId="77777777" w:rsidR="00944AE9" w:rsidRPr="00ED2954" w:rsidRDefault="00944AE9">
            <w:pPr>
              <w:rPr>
                <w:lang w:val="es-AR"/>
              </w:rPr>
            </w:pPr>
          </w:p>
        </w:tc>
        <w:tc>
          <w:tcPr>
            <w:tcW w:w="1717" w:type="dxa"/>
          </w:tcPr>
          <w:p w14:paraId="32C5FEFB" w14:textId="77777777" w:rsidR="00944AE9" w:rsidRPr="00ED2954" w:rsidRDefault="00944AE9">
            <w:pPr>
              <w:rPr>
                <w:lang w:val="es-AR"/>
              </w:rPr>
            </w:pPr>
          </w:p>
        </w:tc>
        <w:tc>
          <w:tcPr>
            <w:tcW w:w="807" w:type="dxa"/>
          </w:tcPr>
          <w:p w14:paraId="70D3C20A" w14:textId="77777777" w:rsidR="00944AE9" w:rsidRPr="00ED2954" w:rsidRDefault="00944AE9">
            <w:pPr>
              <w:rPr>
                <w:lang w:val="es-AR"/>
              </w:rPr>
            </w:pPr>
          </w:p>
        </w:tc>
      </w:tr>
      <w:tr w:rsidR="00944AE9" w:rsidRPr="00ED2954" w14:paraId="65156161" w14:textId="77777777" w:rsidTr="00944AE9">
        <w:tc>
          <w:tcPr>
            <w:tcW w:w="1639" w:type="dxa"/>
          </w:tcPr>
          <w:p w14:paraId="66EA7A2C" w14:textId="77777777" w:rsidR="00944AE9" w:rsidRPr="00ED2954" w:rsidRDefault="00944AE9">
            <w:pPr>
              <w:rPr>
                <w:lang w:val="es-AR"/>
              </w:rPr>
            </w:pPr>
            <w:r w:rsidRPr="00ED2954">
              <w:rPr>
                <w:lang w:val="es-AR"/>
              </w:rPr>
              <w:t>Registros financieros</w:t>
            </w:r>
          </w:p>
        </w:tc>
        <w:tc>
          <w:tcPr>
            <w:tcW w:w="1930" w:type="dxa"/>
          </w:tcPr>
          <w:p w14:paraId="4C5DD236" w14:textId="77777777" w:rsidR="00944AE9" w:rsidRPr="00ED2954" w:rsidRDefault="00944AE9">
            <w:pPr>
              <w:rPr>
                <w:lang w:val="es-AR"/>
              </w:rPr>
            </w:pPr>
          </w:p>
        </w:tc>
        <w:tc>
          <w:tcPr>
            <w:tcW w:w="1298" w:type="dxa"/>
          </w:tcPr>
          <w:p w14:paraId="46562E7E" w14:textId="77777777" w:rsidR="00944AE9" w:rsidRPr="00ED2954" w:rsidRDefault="00944AE9">
            <w:pPr>
              <w:rPr>
                <w:lang w:val="es-AR"/>
              </w:rPr>
            </w:pPr>
          </w:p>
        </w:tc>
        <w:tc>
          <w:tcPr>
            <w:tcW w:w="1717" w:type="dxa"/>
          </w:tcPr>
          <w:p w14:paraId="73427F8C" w14:textId="77777777" w:rsidR="00944AE9" w:rsidRPr="00ED2954" w:rsidRDefault="00944AE9">
            <w:pPr>
              <w:rPr>
                <w:lang w:val="es-AR"/>
              </w:rPr>
            </w:pPr>
          </w:p>
        </w:tc>
        <w:tc>
          <w:tcPr>
            <w:tcW w:w="807" w:type="dxa"/>
          </w:tcPr>
          <w:p w14:paraId="59240DA7" w14:textId="77777777" w:rsidR="00944AE9" w:rsidRPr="00ED2954" w:rsidRDefault="00944AE9">
            <w:pPr>
              <w:rPr>
                <w:lang w:val="es-AR"/>
              </w:rPr>
            </w:pPr>
          </w:p>
        </w:tc>
      </w:tr>
      <w:tr w:rsidR="00944AE9" w:rsidRPr="00ED2954" w14:paraId="3C479F5A" w14:textId="77777777" w:rsidTr="00944AE9">
        <w:tc>
          <w:tcPr>
            <w:tcW w:w="1639" w:type="dxa"/>
          </w:tcPr>
          <w:p w14:paraId="0045B583" w14:textId="77777777" w:rsidR="00944AE9" w:rsidRPr="00ED2954" w:rsidRDefault="00944AE9">
            <w:pPr>
              <w:rPr>
                <w:lang w:val="es-AR"/>
              </w:rPr>
            </w:pPr>
            <w:r w:rsidRPr="00ED2954">
              <w:rPr>
                <w:lang w:val="es-AR"/>
              </w:rPr>
              <w:t>Sistema SGM</w:t>
            </w:r>
          </w:p>
        </w:tc>
        <w:tc>
          <w:tcPr>
            <w:tcW w:w="1930" w:type="dxa"/>
          </w:tcPr>
          <w:p w14:paraId="0D510BF4" w14:textId="77777777" w:rsidR="00944AE9" w:rsidRPr="00ED2954" w:rsidRDefault="00944AE9">
            <w:pPr>
              <w:rPr>
                <w:lang w:val="es-AR"/>
              </w:rPr>
            </w:pPr>
          </w:p>
        </w:tc>
        <w:tc>
          <w:tcPr>
            <w:tcW w:w="1298" w:type="dxa"/>
          </w:tcPr>
          <w:p w14:paraId="79444D4E" w14:textId="77777777" w:rsidR="00944AE9" w:rsidRPr="00ED2954" w:rsidRDefault="00944AE9">
            <w:pPr>
              <w:rPr>
                <w:lang w:val="es-AR"/>
              </w:rPr>
            </w:pPr>
          </w:p>
        </w:tc>
        <w:tc>
          <w:tcPr>
            <w:tcW w:w="1717" w:type="dxa"/>
          </w:tcPr>
          <w:p w14:paraId="4C56A45C" w14:textId="77777777" w:rsidR="00944AE9" w:rsidRPr="00ED2954" w:rsidRDefault="00944AE9">
            <w:pPr>
              <w:rPr>
                <w:lang w:val="es-AR"/>
              </w:rPr>
            </w:pPr>
          </w:p>
        </w:tc>
        <w:tc>
          <w:tcPr>
            <w:tcW w:w="807" w:type="dxa"/>
          </w:tcPr>
          <w:p w14:paraId="32EC31DE" w14:textId="77777777" w:rsidR="00944AE9" w:rsidRPr="00ED2954" w:rsidRDefault="00944AE9">
            <w:pPr>
              <w:rPr>
                <w:lang w:val="es-AR"/>
              </w:rPr>
            </w:pPr>
          </w:p>
        </w:tc>
      </w:tr>
      <w:tr w:rsidR="00944AE9" w:rsidRPr="00ED2954" w14:paraId="73949629" w14:textId="77777777" w:rsidTr="00944AE9">
        <w:tc>
          <w:tcPr>
            <w:tcW w:w="1639" w:type="dxa"/>
          </w:tcPr>
          <w:p w14:paraId="22B91950" w14:textId="77777777" w:rsidR="00944AE9" w:rsidRPr="00ED2954" w:rsidRDefault="00944AE9">
            <w:pPr>
              <w:rPr>
                <w:lang w:val="es-AR"/>
              </w:rPr>
            </w:pPr>
            <w:r w:rsidRPr="00ED2954">
              <w:rPr>
                <w:lang w:val="es-AR"/>
              </w:rPr>
              <w:t>Motor Base de Datos</w:t>
            </w:r>
          </w:p>
        </w:tc>
        <w:tc>
          <w:tcPr>
            <w:tcW w:w="1930" w:type="dxa"/>
          </w:tcPr>
          <w:p w14:paraId="320CCED5" w14:textId="77777777" w:rsidR="00944AE9" w:rsidRPr="00ED2954" w:rsidRDefault="00944AE9">
            <w:pPr>
              <w:rPr>
                <w:lang w:val="es-AR"/>
              </w:rPr>
            </w:pPr>
          </w:p>
        </w:tc>
        <w:tc>
          <w:tcPr>
            <w:tcW w:w="1298" w:type="dxa"/>
          </w:tcPr>
          <w:p w14:paraId="306780C5" w14:textId="77777777" w:rsidR="00944AE9" w:rsidRPr="00ED2954" w:rsidRDefault="00944AE9">
            <w:pPr>
              <w:rPr>
                <w:lang w:val="es-AR"/>
              </w:rPr>
            </w:pPr>
          </w:p>
        </w:tc>
        <w:tc>
          <w:tcPr>
            <w:tcW w:w="1717" w:type="dxa"/>
          </w:tcPr>
          <w:p w14:paraId="0DC3D2AC" w14:textId="77777777" w:rsidR="00944AE9" w:rsidRPr="00ED2954" w:rsidRDefault="00944AE9">
            <w:pPr>
              <w:rPr>
                <w:lang w:val="es-AR"/>
              </w:rPr>
            </w:pPr>
          </w:p>
        </w:tc>
        <w:tc>
          <w:tcPr>
            <w:tcW w:w="807" w:type="dxa"/>
          </w:tcPr>
          <w:p w14:paraId="2C75C071" w14:textId="77777777" w:rsidR="00944AE9" w:rsidRPr="00ED2954" w:rsidRDefault="00944AE9">
            <w:pPr>
              <w:rPr>
                <w:lang w:val="es-AR"/>
              </w:rPr>
            </w:pPr>
          </w:p>
        </w:tc>
      </w:tr>
      <w:tr w:rsidR="00944AE9" w:rsidRPr="00ED2954" w14:paraId="2D16CC6E" w14:textId="77777777" w:rsidTr="00944AE9">
        <w:tc>
          <w:tcPr>
            <w:tcW w:w="1639" w:type="dxa"/>
          </w:tcPr>
          <w:p w14:paraId="265185E0" w14:textId="77777777" w:rsidR="00944AE9" w:rsidRPr="00ED2954" w:rsidRDefault="00944AE9">
            <w:pPr>
              <w:rPr>
                <w:lang w:val="es-AR"/>
              </w:rPr>
            </w:pPr>
            <w:r w:rsidRPr="00ED2954">
              <w:rPr>
                <w:lang w:val="es-AR"/>
              </w:rPr>
              <w:t>Servidor principal</w:t>
            </w:r>
          </w:p>
        </w:tc>
        <w:tc>
          <w:tcPr>
            <w:tcW w:w="1930" w:type="dxa"/>
          </w:tcPr>
          <w:p w14:paraId="2089BA45" w14:textId="77777777" w:rsidR="00944AE9" w:rsidRPr="00ED2954" w:rsidRDefault="00944AE9">
            <w:pPr>
              <w:rPr>
                <w:lang w:val="es-AR"/>
              </w:rPr>
            </w:pPr>
          </w:p>
        </w:tc>
        <w:tc>
          <w:tcPr>
            <w:tcW w:w="1298" w:type="dxa"/>
          </w:tcPr>
          <w:p w14:paraId="5EBB9F03" w14:textId="77777777" w:rsidR="00944AE9" w:rsidRPr="00ED2954" w:rsidRDefault="00944AE9">
            <w:pPr>
              <w:rPr>
                <w:lang w:val="es-AR"/>
              </w:rPr>
            </w:pPr>
          </w:p>
        </w:tc>
        <w:tc>
          <w:tcPr>
            <w:tcW w:w="1717" w:type="dxa"/>
          </w:tcPr>
          <w:p w14:paraId="5ED02DE6" w14:textId="77777777" w:rsidR="00944AE9" w:rsidRPr="00ED2954" w:rsidRDefault="00944AE9">
            <w:pPr>
              <w:rPr>
                <w:lang w:val="es-AR"/>
              </w:rPr>
            </w:pPr>
          </w:p>
        </w:tc>
        <w:tc>
          <w:tcPr>
            <w:tcW w:w="807" w:type="dxa"/>
          </w:tcPr>
          <w:p w14:paraId="737DBB66" w14:textId="77777777" w:rsidR="00944AE9" w:rsidRPr="00ED2954" w:rsidRDefault="00944AE9">
            <w:pPr>
              <w:rPr>
                <w:lang w:val="es-AR"/>
              </w:rPr>
            </w:pPr>
          </w:p>
        </w:tc>
      </w:tr>
      <w:tr w:rsidR="00944AE9" w:rsidRPr="00ED2954" w14:paraId="61B37CD5" w14:textId="77777777" w:rsidTr="00944AE9">
        <w:tc>
          <w:tcPr>
            <w:tcW w:w="1639" w:type="dxa"/>
          </w:tcPr>
          <w:p w14:paraId="5EAD7578" w14:textId="77777777" w:rsidR="00944AE9" w:rsidRPr="00ED2954" w:rsidRDefault="00944AE9">
            <w:pPr>
              <w:rPr>
                <w:lang w:val="es-AR"/>
              </w:rPr>
            </w:pPr>
            <w:r w:rsidRPr="00ED2954">
              <w:rPr>
                <w:lang w:val="es-AR"/>
              </w:rPr>
              <w:t>Estaciones de atención</w:t>
            </w:r>
          </w:p>
        </w:tc>
        <w:tc>
          <w:tcPr>
            <w:tcW w:w="1930" w:type="dxa"/>
          </w:tcPr>
          <w:p w14:paraId="3F8070CF" w14:textId="77777777" w:rsidR="00944AE9" w:rsidRPr="00ED2954" w:rsidRDefault="00944AE9">
            <w:pPr>
              <w:rPr>
                <w:lang w:val="es-AR"/>
              </w:rPr>
            </w:pPr>
          </w:p>
        </w:tc>
        <w:tc>
          <w:tcPr>
            <w:tcW w:w="1298" w:type="dxa"/>
          </w:tcPr>
          <w:p w14:paraId="3D748479" w14:textId="77777777" w:rsidR="00944AE9" w:rsidRPr="00ED2954" w:rsidRDefault="00944AE9">
            <w:pPr>
              <w:rPr>
                <w:lang w:val="es-AR"/>
              </w:rPr>
            </w:pPr>
          </w:p>
        </w:tc>
        <w:tc>
          <w:tcPr>
            <w:tcW w:w="1717" w:type="dxa"/>
          </w:tcPr>
          <w:p w14:paraId="3A0AF68A" w14:textId="77777777" w:rsidR="00944AE9" w:rsidRPr="00ED2954" w:rsidRDefault="00944AE9">
            <w:pPr>
              <w:rPr>
                <w:lang w:val="es-AR"/>
              </w:rPr>
            </w:pPr>
          </w:p>
        </w:tc>
        <w:tc>
          <w:tcPr>
            <w:tcW w:w="807" w:type="dxa"/>
          </w:tcPr>
          <w:p w14:paraId="51A0EB24" w14:textId="77777777" w:rsidR="00944AE9" w:rsidRPr="00ED2954" w:rsidRDefault="00944AE9">
            <w:pPr>
              <w:rPr>
                <w:lang w:val="es-AR"/>
              </w:rPr>
            </w:pPr>
          </w:p>
        </w:tc>
      </w:tr>
      <w:tr w:rsidR="00944AE9" w:rsidRPr="00ED2954" w14:paraId="09EE73EF" w14:textId="77777777" w:rsidTr="00944AE9">
        <w:tc>
          <w:tcPr>
            <w:tcW w:w="1639" w:type="dxa"/>
          </w:tcPr>
          <w:p w14:paraId="3DC8DF74" w14:textId="77777777" w:rsidR="00944AE9" w:rsidRPr="00ED2954" w:rsidRDefault="00944AE9">
            <w:pPr>
              <w:rPr>
                <w:lang w:val="es-AR"/>
              </w:rPr>
            </w:pPr>
            <w:r w:rsidRPr="00ED2954">
              <w:rPr>
                <w:lang w:val="es-AR"/>
              </w:rPr>
              <w:t xml:space="preserve">Red LAN / </w:t>
            </w:r>
            <w:proofErr w:type="spellStart"/>
            <w:r w:rsidRPr="00ED2954">
              <w:rPr>
                <w:lang w:val="es-AR"/>
              </w:rPr>
              <w:t>WiFi</w:t>
            </w:r>
            <w:proofErr w:type="spellEnd"/>
          </w:p>
        </w:tc>
        <w:tc>
          <w:tcPr>
            <w:tcW w:w="1930" w:type="dxa"/>
          </w:tcPr>
          <w:p w14:paraId="5E314A71" w14:textId="77777777" w:rsidR="00944AE9" w:rsidRPr="00ED2954" w:rsidRDefault="00944AE9">
            <w:pPr>
              <w:rPr>
                <w:lang w:val="es-AR"/>
              </w:rPr>
            </w:pPr>
          </w:p>
        </w:tc>
        <w:tc>
          <w:tcPr>
            <w:tcW w:w="1298" w:type="dxa"/>
          </w:tcPr>
          <w:p w14:paraId="2401C112" w14:textId="77777777" w:rsidR="00944AE9" w:rsidRPr="00ED2954" w:rsidRDefault="00944AE9">
            <w:pPr>
              <w:rPr>
                <w:lang w:val="es-AR"/>
              </w:rPr>
            </w:pPr>
          </w:p>
        </w:tc>
        <w:tc>
          <w:tcPr>
            <w:tcW w:w="1717" w:type="dxa"/>
          </w:tcPr>
          <w:p w14:paraId="72589837" w14:textId="77777777" w:rsidR="00944AE9" w:rsidRPr="00ED2954" w:rsidRDefault="00944AE9">
            <w:pPr>
              <w:rPr>
                <w:lang w:val="es-AR"/>
              </w:rPr>
            </w:pPr>
          </w:p>
        </w:tc>
        <w:tc>
          <w:tcPr>
            <w:tcW w:w="807" w:type="dxa"/>
          </w:tcPr>
          <w:p w14:paraId="4BD47D86" w14:textId="77777777" w:rsidR="00944AE9" w:rsidRPr="00ED2954" w:rsidRDefault="00944AE9">
            <w:pPr>
              <w:rPr>
                <w:lang w:val="es-AR"/>
              </w:rPr>
            </w:pPr>
          </w:p>
        </w:tc>
      </w:tr>
      <w:tr w:rsidR="00944AE9" w:rsidRPr="00ED2954" w14:paraId="5BD0FDF5" w14:textId="77777777" w:rsidTr="00944AE9">
        <w:tc>
          <w:tcPr>
            <w:tcW w:w="1639" w:type="dxa"/>
          </w:tcPr>
          <w:p w14:paraId="1BE26048" w14:textId="77777777" w:rsidR="00944AE9" w:rsidRPr="00ED2954" w:rsidRDefault="00944AE9">
            <w:pPr>
              <w:rPr>
                <w:lang w:val="es-AR"/>
              </w:rPr>
            </w:pPr>
            <w:r w:rsidRPr="00ED2954">
              <w:rPr>
                <w:lang w:val="es-AR"/>
              </w:rPr>
              <w:t>Inspectores municipales</w:t>
            </w:r>
          </w:p>
        </w:tc>
        <w:tc>
          <w:tcPr>
            <w:tcW w:w="1930" w:type="dxa"/>
          </w:tcPr>
          <w:p w14:paraId="5694766F" w14:textId="77777777" w:rsidR="00944AE9" w:rsidRPr="00ED2954" w:rsidRDefault="00944AE9">
            <w:pPr>
              <w:rPr>
                <w:lang w:val="es-AR"/>
              </w:rPr>
            </w:pPr>
          </w:p>
        </w:tc>
        <w:tc>
          <w:tcPr>
            <w:tcW w:w="1298" w:type="dxa"/>
          </w:tcPr>
          <w:p w14:paraId="189056B8" w14:textId="77777777" w:rsidR="00944AE9" w:rsidRPr="00ED2954" w:rsidRDefault="00944AE9">
            <w:pPr>
              <w:rPr>
                <w:lang w:val="es-AR"/>
              </w:rPr>
            </w:pPr>
          </w:p>
        </w:tc>
        <w:tc>
          <w:tcPr>
            <w:tcW w:w="1717" w:type="dxa"/>
          </w:tcPr>
          <w:p w14:paraId="745B94E0" w14:textId="77777777" w:rsidR="00944AE9" w:rsidRPr="00ED2954" w:rsidRDefault="00944AE9">
            <w:pPr>
              <w:rPr>
                <w:lang w:val="es-AR"/>
              </w:rPr>
            </w:pPr>
          </w:p>
        </w:tc>
        <w:tc>
          <w:tcPr>
            <w:tcW w:w="807" w:type="dxa"/>
          </w:tcPr>
          <w:p w14:paraId="786B52E0" w14:textId="77777777" w:rsidR="00944AE9" w:rsidRPr="00ED2954" w:rsidRDefault="00944AE9">
            <w:pPr>
              <w:rPr>
                <w:lang w:val="es-AR"/>
              </w:rPr>
            </w:pPr>
          </w:p>
        </w:tc>
      </w:tr>
      <w:tr w:rsidR="00944AE9" w:rsidRPr="00ED2954" w14:paraId="6823F731" w14:textId="77777777" w:rsidTr="00944AE9">
        <w:tc>
          <w:tcPr>
            <w:tcW w:w="1639" w:type="dxa"/>
          </w:tcPr>
          <w:p w14:paraId="7BAB89F3" w14:textId="77777777" w:rsidR="00944AE9" w:rsidRPr="00ED2954" w:rsidRDefault="00944AE9">
            <w:pPr>
              <w:rPr>
                <w:lang w:val="es-AR"/>
              </w:rPr>
            </w:pPr>
            <w:r w:rsidRPr="00ED2954">
              <w:rPr>
                <w:lang w:val="es-AR"/>
              </w:rPr>
              <w:t>Personal administrativo</w:t>
            </w:r>
          </w:p>
        </w:tc>
        <w:tc>
          <w:tcPr>
            <w:tcW w:w="1930" w:type="dxa"/>
          </w:tcPr>
          <w:p w14:paraId="7ED82955" w14:textId="77777777" w:rsidR="00944AE9" w:rsidRPr="00ED2954" w:rsidRDefault="00944AE9">
            <w:pPr>
              <w:rPr>
                <w:lang w:val="es-AR"/>
              </w:rPr>
            </w:pPr>
          </w:p>
        </w:tc>
        <w:tc>
          <w:tcPr>
            <w:tcW w:w="1298" w:type="dxa"/>
          </w:tcPr>
          <w:p w14:paraId="45B69E09" w14:textId="77777777" w:rsidR="00944AE9" w:rsidRPr="00ED2954" w:rsidRDefault="00944AE9">
            <w:pPr>
              <w:rPr>
                <w:lang w:val="es-AR"/>
              </w:rPr>
            </w:pPr>
          </w:p>
        </w:tc>
        <w:tc>
          <w:tcPr>
            <w:tcW w:w="1717" w:type="dxa"/>
          </w:tcPr>
          <w:p w14:paraId="09D9985D" w14:textId="77777777" w:rsidR="00944AE9" w:rsidRPr="00ED2954" w:rsidRDefault="00944AE9">
            <w:pPr>
              <w:rPr>
                <w:lang w:val="es-AR"/>
              </w:rPr>
            </w:pPr>
          </w:p>
        </w:tc>
        <w:tc>
          <w:tcPr>
            <w:tcW w:w="807" w:type="dxa"/>
          </w:tcPr>
          <w:p w14:paraId="7BB6DA22" w14:textId="77777777" w:rsidR="00944AE9" w:rsidRPr="00ED2954" w:rsidRDefault="00944AE9">
            <w:pPr>
              <w:rPr>
                <w:lang w:val="es-AR"/>
              </w:rPr>
            </w:pPr>
          </w:p>
        </w:tc>
      </w:tr>
      <w:tr w:rsidR="00944AE9" w:rsidRPr="00ED2954" w14:paraId="113027F2" w14:textId="77777777" w:rsidTr="00944AE9">
        <w:tc>
          <w:tcPr>
            <w:tcW w:w="1639" w:type="dxa"/>
          </w:tcPr>
          <w:p w14:paraId="46CF08BD" w14:textId="77777777" w:rsidR="00944AE9" w:rsidRPr="00ED2954" w:rsidRDefault="00944AE9">
            <w:pPr>
              <w:rPr>
                <w:lang w:val="es-AR"/>
              </w:rPr>
            </w:pPr>
            <w:r w:rsidRPr="00ED2954">
              <w:rPr>
                <w:lang w:val="es-AR"/>
              </w:rPr>
              <w:t>Personal de Sistemas</w:t>
            </w:r>
          </w:p>
        </w:tc>
        <w:tc>
          <w:tcPr>
            <w:tcW w:w="1930" w:type="dxa"/>
          </w:tcPr>
          <w:p w14:paraId="0F8F10C2" w14:textId="77777777" w:rsidR="00944AE9" w:rsidRPr="00ED2954" w:rsidRDefault="00944AE9">
            <w:pPr>
              <w:rPr>
                <w:lang w:val="es-AR"/>
              </w:rPr>
            </w:pPr>
          </w:p>
        </w:tc>
        <w:tc>
          <w:tcPr>
            <w:tcW w:w="1298" w:type="dxa"/>
          </w:tcPr>
          <w:p w14:paraId="7E828AA2" w14:textId="77777777" w:rsidR="00944AE9" w:rsidRPr="00ED2954" w:rsidRDefault="00944AE9">
            <w:pPr>
              <w:rPr>
                <w:lang w:val="es-AR"/>
              </w:rPr>
            </w:pPr>
          </w:p>
        </w:tc>
        <w:tc>
          <w:tcPr>
            <w:tcW w:w="1717" w:type="dxa"/>
          </w:tcPr>
          <w:p w14:paraId="710D76D7" w14:textId="77777777" w:rsidR="00944AE9" w:rsidRPr="00ED2954" w:rsidRDefault="00944AE9">
            <w:pPr>
              <w:rPr>
                <w:lang w:val="es-AR"/>
              </w:rPr>
            </w:pPr>
          </w:p>
        </w:tc>
        <w:tc>
          <w:tcPr>
            <w:tcW w:w="807" w:type="dxa"/>
          </w:tcPr>
          <w:p w14:paraId="2C94F80A" w14:textId="77777777" w:rsidR="00944AE9" w:rsidRPr="00ED2954" w:rsidRDefault="00944AE9">
            <w:pPr>
              <w:rPr>
                <w:lang w:val="es-AR"/>
              </w:rPr>
            </w:pPr>
          </w:p>
        </w:tc>
      </w:tr>
    </w:tbl>
    <w:p w14:paraId="7F793B1D" w14:textId="77777777" w:rsidR="00C267E1" w:rsidRPr="00ED2954" w:rsidRDefault="00C267E1">
      <w:pPr>
        <w:rPr>
          <w:lang w:val="es-AR"/>
        </w:rPr>
      </w:pPr>
    </w:p>
    <w:p w14:paraId="68DDBD52" w14:textId="77777777" w:rsidR="00C267E1" w:rsidRPr="00ED2954" w:rsidRDefault="005150B2" w:rsidP="00ED2954">
      <w:pPr>
        <w:rPr>
          <w:b/>
          <w:bCs/>
          <w:lang w:val="es-AR"/>
        </w:rPr>
      </w:pPr>
      <w:r w:rsidRPr="00ED2954">
        <w:rPr>
          <w:b/>
          <w:bCs/>
          <w:lang w:val="es-AR"/>
        </w:rPr>
        <w:t>3. Identificación de Vulnerabilidades (Paso 3 y Paso 4)</w:t>
      </w:r>
    </w:p>
    <w:p w14:paraId="1DB4E150" w14:textId="77777777" w:rsidR="00C267E1" w:rsidRPr="00ED2954" w:rsidRDefault="005150B2" w:rsidP="00810DEE">
      <w:pPr>
        <w:jc w:val="both"/>
        <w:rPr>
          <w:lang w:val="es-AR"/>
        </w:rPr>
      </w:pPr>
      <w:r w:rsidRPr="00ED2954">
        <w:rPr>
          <w:lang w:val="es-AR"/>
        </w:rPr>
        <w:t>Para no extender el trabajo práctico, se provee la siguiente tabla con vulnerabilidades y controles existentes identificados en el relevamiento. El riesgo se define como Activo + Amenaza + Vulnerabilidad.</w:t>
      </w:r>
    </w:p>
    <w:tbl>
      <w:tblPr>
        <w:tblStyle w:val="Tablaconcuadrcula"/>
        <w:tblW w:w="0" w:type="auto"/>
        <w:tblLook w:val="04A0" w:firstRow="1" w:lastRow="0" w:firstColumn="1" w:lastColumn="0" w:noHBand="0" w:noVBand="1"/>
      </w:tblPr>
      <w:tblGrid>
        <w:gridCol w:w="1714"/>
        <w:gridCol w:w="1727"/>
        <w:gridCol w:w="1724"/>
        <w:gridCol w:w="1741"/>
        <w:gridCol w:w="1724"/>
      </w:tblGrid>
      <w:tr w:rsidR="00C267E1" w:rsidRPr="00ED2954" w14:paraId="46C4DE78" w14:textId="77777777">
        <w:tc>
          <w:tcPr>
            <w:tcW w:w="1728" w:type="dxa"/>
          </w:tcPr>
          <w:p w14:paraId="3F346A77" w14:textId="77777777" w:rsidR="00C267E1" w:rsidRPr="00ED2954" w:rsidRDefault="005150B2">
            <w:pPr>
              <w:rPr>
                <w:lang w:val="es-AR"/>
              </w:rPr>
            </w:pPr>
            <w:r w:rsidRPr="00ED2954">
              <w:rPr>
                <w:b/>
                <w:lang w:val="es-AR"/>
              </w:rPr>
              <w:t>Código Riesgo</w:t>
            </w:r>
          </w:p>
        </w:tc>
        <w:tc>
          <w:tcPr>
            <w:tcW w:w="1728" w:type="dxa"/>
          </w:tcPr>
          <w:p w14:paraId="58E53E1B" w14:textId="77777777" w:rsidR="00C267E1" w:rsidRPr="00ED2954" w:rsidRDefault="005150B2">
            <w:pPr>
              <w:rPr>
                <w:lang w:val="es-AR"/>
              </w:rPr>
            </w:pPr>
            <w:r w:rsidRPr="00ED2954">
              <w:rPr>
                <w:b/>
                <w:lang w:val="es-AR"/>
              </w:rPr>
              <w:t>Activo</w:t>
            </w:r>
          </w:p>
        </w:tc>
        <w:tc>
          <w:tcPr>
            <w:tcW w:w="1728" w:type="dxa"/>
          </w:tcPr>
          <w:p w14:paraId="6D8C7AB5" w14:textId="77777777" w:rsidR="00C267E1" w:rsidRPr="00ED2954" w:rsidRDefault="005150B2">
            <w:pPr>
              <w:rPr>
                <w:lang w:val="es-AR"/>
              </w:rPr>
            </w:pPr>
            <w:r w:rsidRPr="00ED2954">
              <w:rPr>
                <w:b/>
                <w:lang w:val="es-AR"/>
              </w:rPr>
              <w:t>Amenaza</w:t>
            </w:r>
          </w:p>
        </w:tc>
        <w:tc>
          <w:tcPr>
            <w:tcW w:w="1728" w:type="dxa"/>
          </w:tcPr>
          <w:p w14:paraId="414C56FB" w14:textId="77777777" w:rsidR="00C267E1" w:rsidRPr="00ED2954" w:rsidRDefault="005150B2">
            <w:pPr>
              <w:rPr>
                <w:lang w:val="es-AR"/>
              </w:rPr>
            </w:pPr>
            <w:r w:rsidRPr="00ED2954">
              <w:rPr>
                <w:b/>
                <w:lang w:val="es-AR"/>
              </w:rPr>
              <w:t>Vulnerabilidad</w:t>
            </w:r>
          </w:p>
        </w:tc>
        <w:tc>
          <w:tcPr>
            <w:tcW w:w="1728" w:type="dxa"/>
          </w:tcPr>
          <w:p w14:paraId="28B1C44F" w14:textId="77777777" w:rsidR="00C267E1" w:rsidRPr="00ED2954" w:rsidRDefault="005150B2">
            <w:pPr>
              <w:rPr>
                <w:lang w:val="es-AR"/>
              </w:rPr>
            </w:pPr>
            <w:r w:rsidRPr="00ED2954">
              <w:rPr>
                <w:b/>
                <w:lang w:val="es-AR"/>
              </w:rPr>
              <w:t>Control existente</w:t>
            </w:r>
          </w:p>
        </w:tc>
      </w:tr>
      <w:tr w:rsidR="00C267E1" w:rsidRPr="00ED2954" w14:paraId="50DEAD36" w14:textId="77777777">
        <w:tc>
          <w:tcPr>
            <w:tcW w:w="1728" w:type="dxa"/>
          </w:tcPr>
          <w:p w14:paraId="09977E49" w14:textId="77777777" w:rsidR="00C267E1" w:rsidRPr="00ED2954" w:rsidRDefault="005150B2">
            <w:pPr>
              <w:rPr>
                <w:lang w:val="es-AR"/>
              </w:rPr>
            </w:pPr>
            <w:r w:rsidRPr="00ED2954">
              <w:rPr>
                <w:lang w:val="es-AR"/>
              </w:rPr>
              <w:t>R1</w:t>
            </w:r>
          </w:p>
        </w:tc>
        <w:tc>
          <w:tcPr>
            <w:tcW w:w="1728" w:type="dxa"/>
          </w:tcPr>
          <w:p w14:paraId="13D45E16" w14:textId="77777777" w:rsidR="00C267E1" w:rsidRPr="00ED2954" w:rsidRDefault="005150B2">
            <w:pPr>
              <w:rPr>
                <w:lang w:val="es-AR"/>
              </w:rPr>
            </w:pPr>
            <w:r w:rsidRPr="00ED2954">
              <w:rPr>
                <w:lang w:val="es-AR"/>
              </w:rPr>
              <w:t>Servidor principal</w:t>
            </w:r>
          </w:p>
        </w:tc>
        <w:tc>
          <w:tcPr>
            <w:tcW w:w="1728" w:type="dxa"/>
          </w:tcPr>
          <w:p w14:paraId="552A21DF" w14:textId="77777777" w:rsidR="00C267E1" w:rsidRPr="00ED2954" w:rsidRDefault="005150B2">
            <w:pPr>
              <w:rPr>
                <w:lang w:val="es-AR"/>
              </w:rPr>
            </w:pPr>
            <w:proofErr w:type="spellStart"/>
            <w:r w:rsidRPr="00ED2954">
              <w:rPr>
                <w:lang w:val="es-AR"/>
              </w:rPr>
              <w:t>Ransomware</w:t>
            </w:r>
            <w:proofErr w:type="spellEnd"/>
          </w:p>
        </w:tc>
        <w:tc>
          <w:tcPr>
            <w:tcW w:w="1728" w:type="dxa"/>
          </w:tcPr>
          <w:p w14:paraId="4C624479" w14:textId="77777777" w:rsidR="00C267E1" w:rsidRPr="00ED2954" w:rsidRDefault="005150B2">
            <w:pPr>
              <w:rPr>
                <w:lang w:val="es-AR"/>
              </w:rPr>
            </w:pPr>
            <w:r w:rsidRPr="00ED2954">
              <w:rPr>
                <w:lang w:val="es-AR"/>
              </w:rPr>
              <w:t>Windows Server 2012 sin soporte, sin parches, sin antivirus corporativo</w:t>
            </w:r>
          </w:p>
        </w:tc>
        <w:tc>
          <w:tcPr>
            <w:tcW w:w="1728" w:type="dxa"/>
          </w:tcPr>
          <w:p w14:paraId="70E9B557" w14:textId="77777777" w:rsidR="00C267E1" w:rsidRPr="00ED2954" w:rsidRDefault="005150B2">
            <w:pPr>
              <w:rPr>
                <w:lang w:val="es-AR"/>
              </w:rPr>
            </w:pPr>
            <w:r w:rsidRPr="00ED2954">
              <w:rPr>
                <w:lang w:val="es-AR"/>
              </w:rPr>
              <w:t>Antivirus gratuito</w:t>
            </w:r>
          </w:p>
        </w:tc>
      </w:tr>
      <w:tr w:rsidR="00C267E1" w:rsidRPr="00ED2954" w14:paraId="7EE38972" w14:textId="77777777">
        <w:tc>
          <w:tcPr>
            <w:tcW w:w="1728" w:type="dxa"/>
          </w:tcPr>
          <w:p w14:paraId="09A7CBF5" w14:textId="77777777" w:rsidR="00C267E1" w:rsidRPr="00ED2954" w:rsidRDefault="005150B2">
            <w:pPr>
              <w:rPr>
                <w:lang w:val="es-AR"/>
              </w:rPr>
            </w:pPr>
            <w:r w:rsidRPr="00ED2954">
              <w:rPr>
                <w:lang w:val="es-AR"/>
              </w:rPr>
              <w:t>R2</w:t>
            </w:r>
          </w:p>
        </w:tc>
        <w:tc>
          <w:tcPr>
            <w:tcW w:w="1728" w:type="dxa"/>
          </w:tcPr>
          <w:p w14:paraId="05483998" w14:textId="77777777" w:rsidR="00C267E1" w:rsidRPr="00ED2954" w:rsidRDefault="005150B2">
            <w:pPr>
              <w:rPr>
                <w:lang w:val="es-AR"/>
              </w:rPr>
            </w:pPr>
            <w:r w:rsidRPr="00ED2954">
              <w:rPr>
                <w:lang w:val="es-AR"/>
              </w:rPr>
              <w:t>Padrón de contribuyentes</w:t>
            </w:r>
          </w:p>
        </w:tc>
        <w:tc>
          <w:tcPr>
            <w:tcW w:w="1728" w:type="dxa"/>
          </w:tcPr>
          <w:p w14:paraId="3ED6298D" w14:textId="77777777" w:rsidR="00C267E1" w:rsidRPr="00ED2954" w:rsidRDefault="005150B2">
            <w:pPr>
              <w:rPr>
                <w:lang w:val="es-AR"/>
              </w:rPr>
            </w:pPr>
            <w:r w:rsidRPr="00ED2954">
              <w:rPr>
                <w:lang w:val="es-AR"/>
              </w:rPr>
              <w:t>Acceso no autorizado</w:t>
            </w:r>
          </w:p>
        </w:tc>
        <w:tc>
          <w:tcPr>
            <w:tcW w:w="1728" w:type="dxa"/>
          </w:tcPr>
          <w:p w14:paraId="3904DBF1" w14:textId="77777777" w:rsidR="00C267E1" w:rsidRPr="00ED2954" w:rsidRDefault="005150B2">
            <w:pPr>
              <w:rPr>
                <w:lang w:val="es-AR"/>
              </w:rPr>
            </w:pPr>
            <w:r w:rsidRPr="00ED2954">
              <w:rPr>
                <w:lang w:val="es-AR"/>
              </w:rPr>
              <w:t>Carpeta compartida sin clave, usuarios con privilegio administrador</w:t>
            </w:r>
          </w:p>
        </w:tc>
        <w:tc>
          <w:tcPr>
            <w:tcW w:w="1728" w:type="dxa"/>
          </w:tcPr>
          <w:p w14:paraId="0A767E9A" w14:textId="77777777" w:rsidR="00C267E1" w:rsidRPr="00ED2954" w:rsidRDefault="005150B2">
            <w:pPr>
              <w:rPr>
                <w:lang w:val="es-AR"/>
              </w:rPr>
            </w:pPr>
            <w:r w:rsidRPr="00ED2954">
              <w:rPr>
                <w:lang w:val="es-AR"/>
              </w:rPr>
              <w:t>Ninguno</w:t>
            </w:r>
          </w:p>
        </w:tc>
      </w:tr>
      <w:tr w:rsidR="00C267E1" w:rsidRPr="00ED2954" w14:paraId="0AB0F72E" w14:textId="77777777">
        <w:tc>
          <w:tcPr>
            <w:tcW w:w="1728" w:type="dxa"/>
          </w:tcPr>
          <w:p w14:paraId="7A1CE0C2" w14:textId="77777777" w:rsidR="00C267E1" w:rsidRPr="00ED2954" w:rsidRDefault="005150B2">
            <w:pPr>
              <w:rPr>
                <w:lang w:val="es-AR"/>
              </w:rPr>
            </w:pPr>
            <w:r w:rsidRPr="00ED2954">
              <w:rPr>
                <w:lang w:val="es-AR"/>
              </w:rPr>
              <w:lastRenderedPageBreak/>
              <w:t>R3</w:t>
            </w:r>
          </w:p>
        </w:tc>
        <w:tc>
          <w:tcPr>
            <w:tcW w:w="1728" w:type="dxa"/>
          </w:tcPr>
          <w:p w14:paraId="40E7668A" w14:textId="77777777" w:rsidR="00C267E1" w:rsidRPr="00ED2954" w:rsidRDefault="005150B2">
            <w:pPr>
              <w:rPr>
                <w:lang w:val="es-AR"/>
              </w:rPr>
            </w:pPr>
            <w:r w:rsidRPr="00ED2954">
              <w:rPr>
                <w:lang w:val="es-AR"/>
              </w:rPr>
              <w:t>Registros financieros / Padrón</w:t>
            </w:r>
          </w:p>
        </w:tc>
        <w:tc>
          <w:tcPr>
            <w:tcW w:w="1728" w:type="dxa"/>
          </w:tcPr>
          <w:p w14:paraId="0855A3EA" w14:textId="77777777" w:rsidR="00C267E1" w:rsidRPr="00ED2954" w:rsidRDefault="005150B2">
            <w:pPr>
              <w:rPr>
                <w:lang w:val="es-AR"/>
              </w:rPr>
            </w:pPr>
            <w:r w:rsidRPr="00ED2954">
              <w:rPr>
                <w:lang w:val="es-AR"/>
              </w:rPr>
              <w:t>Fuga de información</w:t>
            </w:r>
          </w:p>
        </w:tc>
        <w:tc>
          <w:tcPr>
            <w:tcW w:w="1728" w:type="dxa"/>
          </w:tcPr>
          <w:p w14:paraId="587DEB13" w14:textId="77777777" w:rsidR="00C267E1" w:rsidRPr="00ED2954" w:rsidRDefault="005150B2">
            <w:pPr>
              <w:rPr>
                <w:lang w:val="es-AR"/>
              </w:rPr>
            </w:pPr>
            <w:r w:rsidRPr="00ED2954">
              <w:rPr>
                <w:lang w:val="es-AR"/>
              </w:rPr>
              <w:t xml:space="preserve">Padrones en Excel compartidos sin cifrar, </w:t>
            </w:r>
            <w:proofErr w:type="spellStart"/>
            <w:r w:rsidRPr="00ED2954">
              <w:rPr>
                <w:lang w:val="es-AR"/>
              </w:rPr>
              <w:t>backup</w:t>
            </w:r>
            <w:proofErr w:type="spellEnd"/>
            <w:r w:rsidRPr="00ED2954">
              <w:rPr>
                <w:lang w:val="es-AR"/>
              </w:rPr>
              <w:t xml:space="preserve"> USB sin cifrar</w:t>
            </w:r>
          </w:p>
        </w:tc>
        <w:tc>
          <w:tcPr>
            <w:tcW w:w="1728" w:type="dxa"/>
          </w:tcPr>
          <w:p w14:paraId="71B0120A" w14:textId="77777777" w:rsidR="00C267E1" w:rsidRPr="00ED2954" w:rsidRDefault="005150B2">
            <w:pPr>
              <w:rPr>
                <w:lang w:val="es-AR"/>
              </w:rPr>
            </w:pPr>
            <w:r w:rsidRPr="00ED2954">
              <w:rPr>
                <w:lang w:val="es-AR"/>
              </w:rPr>
              <w:t>Ninguno</w:t>
            </w:r>
          </w:p>
        </w:tc>
      </w:tr>
      <w:tr w:rsidR="00C267E1" w:rsidRPr="00ED2954" w14:paraId="0CE67D80" w14:textId="77777777">
        <w:tc>
          <w:tcPr>
            <w:tcW w:w="1728" w:type="dxa"/>
          </w:tcPr>
          <w:p w14:paraId="420768C4" w14:textId="77777777" w:rsidR="00C267E1" w:rsidRPr="00ED2954" w:rsidRDefault="005150B2">
            <w:pPr>
              <w:rPr>
                <w:lang w:val="es-AR"/>
              </w:rPr>
            </w:pPr>
            <w:r w:rsidRPr="00ED2954">
              <w:rPr>
                <w:lang w:val="es-AR"/>
              </w:rPr>
              <w:t>R4</w:t>
            </w:r>
          </w:p>
        </w:tc>
        <w:tc>
          <w:tcPr>
            <w:tcW w:w="1728" w:type="dxa"/>
          </w:tcPr>
          <w:p w14:paraId="314B04DD" w14:textId="77777777" w:rsidR="00C267E1" w:rsidRPr="00ED2954" w:rsidRDefault="005150B2">
            <w:pPr>
              <w:rPr>
                <w:lang w:val="es-AR"/>
              </w:rPr>
            </w:pPr>
            <w:r w:rsidRPr="00ED2954">
              <w:rPr>
                <w:lang w:val="es-AR"/>
              </w:rPr>
              <w:t>Estaciones de atención / SGM</w:t>
            </w:r>
          </w:p>
        </w:tc>
        <w:tc>
          <w:tcPr>
            <w:tcW w:w="1728" w:type="dxa"/>
          </w:tcPr>
          <w:p w14:paraId="26066E13" w14:textId="77777777" w:rsidR="00C267E1" w:rsidRPr="00ED2954" w:rsidRDefault="005150B2">
            <w:pPr>
              <w:rPr>
                <w:lang w:val="es-AR"/>
              </w:rPr>
            </w:pPr>
            <w:r w:rsidRPr="00ED2954">
              <w:rPr>
                <w:lang w:val="es-AR"/>
              </w:rPr>
              <w:t>Error humano</w:t>
            </w:r>
          </w:p>
        </w:tc>
        <w:tc>
          <w:tcPr>
            <w:tcW w:w="1728" w:type="dxa"/>
          </w:tcPr>
          <w:p w14:paraId="5FB995EF" w14:textId="77777777" w:rsidR="00C267E1" w:rsidRPr="00ED2954" w:rsidRDefault="005150B2">
            <w:pPr>
              <w:rPr>
                <w:lang w:val="es-AR"/>
              </w:rPr>
            </w:pPr>
            <w:r w:rsidRPr="00ED2954">
              <w:rPr>
                <w:lang w:val="es-AR"/>
              </w:rPr>
              <w:t>Sin capacitación, sin validación de datos en SGM</w:t>
            </w:r>
          </w:p>
        </w:tc>
        <w:tc>
          <w:tcPr>
            <w:tcW w:w="1728" w:type="dxa"/>
          </w:tcPr>
          <w:p w14:paraId="6DB9D327" w14:textId="77777777" w:rsidR="00C267E1" w:rsidRPr="00ED2954" w:rsidRDefault="005150B2">
            <w:pPr>
              <w:rPr>
                <w:lang w:val="es-AR"/>
              </w:rPr>
            </w:pPr>
            <w:r w:rsidRPr="00ED2954">
              <w:rPr>
                <w:lang w:val="es-AR"/>
              </w:rPr>
              <w:t>Control manual</w:t>
            </w:r>
          </w:p>
        </w:tc>
      </w:tr>
      <w:tr w:rsidR="00C267E1" w:rsidRPr="00ED2954" w14:paraId="0A08B3C0" w14:textId="77777777">
        <w:tc>
          <w:tcPr>
            <w:tcW w:w="1728" w:type="dxa"/>
          </w:tcPr>
          <w:p w14:paraId="01695492" w14:textId="77777777" w:rsidR="00C267E1" w:rsidRPr="00ED2954" w:rsidRDefault="005150B2">
            <w:pPr>
              <w:rPr>
                <w:lang w:val="es-AR"/>
              </w:rPr>
            </w:pPr>
            <w:r w:rsidRPr="00ED2954">
              <w:rPr>
                <w:lang w:val="es-AR"/>
              </w:rPr>
              <w:t>R5</w:t>
            </w:r>
          </w:p>
        </w:tc>
        <w:tc>
          <w:tcPr>
            <w:tcW w:w="1728" w:type="dxa"/>
          </w:tcPr>
          <w:p w14:paraId="40DE19F0" w14:textId="77777777" w:rsidR="00C267E1" w:rsidRPr="00ED2954" w:rsidRDefault="005150B2">
            <w:pPr>
              <w:rPr>
                <w:lang w:val="es-AR"/>
              </w:rPr>
            </w:pPr>
            <w:r w:rsidRPr="00ED2954">
              <w:rPr>
                <w:lang w:val="es-AR"/>
              </w:rPr>
              <w:t>Servidor principal</w:t>
            </w:r>
          </w:p>
        </w:tc>
        <w:tc>
          <w:tcPr>
            <w:tcW w:w="1728" w:type="dxa"/>
          </w:tcPr>
          <w:p w14:paraId="2395EF2C" w14:textId="77777777" w:rsidR="00C267E1" w:rsidRPr="00ED2954" w:rsidRDefault="005150B2">
            <w:pPr>
              <w:rPr>
                <w:lang w:val="es-AR"/>
              </w:rPr>
            </w:pPr>
            <w:r w:rsidRPr="00ED2954">
              <w:rPr>
                <w:lang w:val="es-AR"/>
              </w:rPr>
              <w:t>Falla de hardware / Corte de energía</w:t>
            </w:r>
          </w:p>
        </w:tc>
        <w:tc>
          <w:tcPr>
            <w:tcW w:w="1728" w:type="dxa"/>
          </w:tcPr>
          <w:p w14:paraId="4A0527E7" w14:textId="77777777" w:rsidR="00C267E1" w:rsidRPr="00ED2954" w:rsidRDefault="005150B2">
            <w:pPr>
              <w:rPr>
                <w:lang w:val="es-AR"/>
              </w:rPr>
            </w:pPr>
            <w:r w:rsidRPr="00ED2954">
              <w:rPr>
                <w:lang w:val="es-AR"/>
              </w:rPr>
              <w:t>Sin UPS, sin aire acondicionado, rack abierto</w:t>
            </w:r>
          </w:p>
        </w:tc>
        <w:tc>
          <w:tcPr>
            <w:tcW w:w="1728" w:type="dxa"/>
          </w:tcPr>
          <w:p w14:paraId="42D8963E" w14:textId="77777777" w:rsidR="00C267E1" w:rsidRPr="00ED2954" w:rsidRDefault="005150B2">
            <w:pPr>
              <w:rPr>
                <w:lang w:val="es-AR"/>
              </w:rPr>
            </w:pPr>
            <w:r w:rsidRPr="00ED2954">
              <w:rPr>
                <w:lang w:val="es-AR"/>
              </w:rPr>
              <w:t>Estabilizador</w:t>
            </w:r>
          </w:p>
        </w:tc>
      </w:tr>
      <w:tr w:rsidR="00C267E1" w:rsidRPr="00ED2954" w14:paraId="2BB8771C" w14:textId="77777777">
        <w:tc>
          <w:tcPr>
            <w:tcW w:w="1728" w:type="dxa"/>
          </w:tcPr>
          <w:p w14:paraId="0AE47D75" w14:textId="77777777" w:rsidR="00C267E1" w:rsidRPr="00ED2954" w:rsidRDefault="005150B2">
            <w:pPr>
              <w:rPr>
                <w:lang w:val="es-AR"/>
              </w:rPr>
            </w:pPr>
            <w:r w:rsidRPr="00ED2954">
              <w:rPr>
                <w:lang w:val="es-AR"/>
              </w:rPr>
              <w:t>R6</w:t>
            </w:r>
          </w:p>
        </w:tc>
        <w:tc>
          <w:tcPr>
            <w:tcW w:w="1728" w:type="dxa"/>
          </w:tcPr>
          <w:p w14:paraId="7AADA786" w14:textId="77777777" w:rsidR="00C267E1" w:rsidRPr="00ED2954" w:rsidRDefault="005150B2">
            <w:pPr>
              <w:rPr>
                <w:lang w:val="es-AR"/>
              </w:rPr>
            </w:pPr>
            <w:r w:rsidRPr="00ED2954">
              <w:rPr>
                <w:lang w:val="es-AR"/>
              </w:rPr>
              <w:t xml:space="preserve">Red LAN / </w:t>
            </w:r>
            <w:proofErr w:type="spellStart"/>
            <w:r w:rsidRPr="00ED2954">
              <w:rPr>
                <w:lang w:val="es-AR"/>
              </w:rPr>
              <w:t>WiFi</w:t>
            </w:r>
            <w:proofErr w:type="spellEnd"/>
          </w:p>
        </w:tc>
        <w:tc>
          <w:tcPr>
            <w:tcW w:w="1728" w:type="dxa"/>
          </w:tcPr>
          <w:p w14:paraId="7300BE75" w14:textId="77777777" w:rsidR="00C267E1" w:rsidRPr="00ED2954" w:rsidRDefault="005150B2">
            <w:pPr>
              <w:rPr>
                <w:lang w:val="es-AR"/>
              </w:rPr>
            </w:pPr>
            <w:r w:rsidRPr="00ED2954">
              <w:rPr>
                <w:lang w:val="es-AR"/>
              </w:rPr>
              <w:t>Acceso no autorizado</w:t>
            </w:r>
          </w:p>
        </w:tc>
        <w:tc>
          <w:tcPr>
            <w:tcW w:w="1728" w:type="dxa"/>
          </w:tcPr>
          <w:p w14:paraId="7E97753A" w14:textId="77777777" w:rsidR="00C267E1" w:rsidRPr="00ED2954" w:rsidRDefault="005150B2">
            <w:pPr>
              <w:rPr>
                <w:lang w:val="es-AR"/>
              </w:rPr>
            </w:pPr>
            <w:r w:rsidRPr="00ED2954">
              <w:rPr>
                <w:lang w:val="es-AR"/>
              </w:rPr>
              <w:t>Red plana única para empleados e invitados, clave en cartel</w:t>
            </w:r>
          </w:p>
        </w:tc>
        <w:tc>
          <w:tcPr>
            <w:tcW w:w="1728" w:type="dxa"/>
          </w:tcPr>
          <w:p w14:paraId="13793379" w14:textId="77777777" w:rsidR="00C267E1" w:rsidRPr="00ED2954" w:rsidRDefault="005150B2">
            <w:pPr>
              <w:rPr>
                <w:lang w:val="es-AR"/>
              </w:rPr>
            </w:pPr>
            <w:r w:rsidRPr="00ED2954">
              <w:rPr>
                <w:lang w:val="es-AR"/>
              </w:rPr>
              <w:t>Ninguno</w:t>
            </w:r>
          </w:p>
        </w:tc>
      </w:tr>
      <w:tr w:rsidR="00C267E1" w:rsidRPr="00ED2954" w14:paraId="5E747612" w14:textId="77777777">
        <w:tc>
          <w:tcPr>
            <w:tcW w:w="1728" w:type="dxa"/>
          </w:tcPr>
          <w:p w14:paraId="5EBE31F4" w14:textId="77777777" w:rsidR="00C267E1" w:rsidRPr="00ED2954" w:rsidRDefault="005150B2">
            <w:pPr>
              <w:rPr>
                <w:lang w:val="es-AR"/>
              </w:rPr>
            </w:pPr>
            <w:r w:rsidRPr="00ED2954">
              <w:rPr>
                <w:lang w:val="es-AR"/>
              </w:rPr>
              <w:t>R7</w:t>
            </w:r>
          </w:p>
        </w:tc>
        <w:tc>
          <w:tcPr>
            <w:tcW w:w="1728" w:type="dxa"/>
          </w:tcPr>
          <w:p w14:paraId="418F541A" w14:textId="77777777" w:rsidR="00C267E1" w:rsidRPr="00ED2954" w:rsidRDefault="005150B2">
            <w:pPr>
              <w:rPr>
                <w:lang w:val="es-AR"/>
              </w:rPr>
            </w:pPr>
            <w:r w:rsidRPr="00ED2954">
              <w:rPr>
                <w:lang w:val="es-AR"/>
              </w:rPr>
              <w:t>Servidor principal</w:t>
            </w:r>
          </w:p>
        </w:tc>
        <w:tc>
          <w:tcPr>
            <w:tcW w:w="1728" w:type="dxa"/>
          </w:tcPr>
          <w:p w14:paraId="329A49F4" w14:textId="77777777" w:rsidR="00C267E1" w:rsidRPr="00ED2954" w:rsidRDefault="005150B2">
            <w:pPr>
              <w:rPr>
                <w:lang w:val="es-AR"/>
              </w:rPr>
            </w:pPr>
            <w:r w:rsidRPr="00ED2954">
              <w:rPr>
                <w:lang w:val="es-AR"/>
              </w:rPr>
              <w:t>Incendio</w:t>
            </w:r>
          </w:p>
        </w:tc>
        <w:tc>
          <w:tcPr>
            <w:tcW w:w="1728" w:type="dxa"/>
          </w:tcPr>
          <w:p w14:paraId="6413EDAE" w14:textId="77777777" w:rsidR="00C267E1" w:rsidRPr="00ED2954" w:rsidRDefault="005150B2">
            <w:pPr>
              <w:rPr>
                <w:lang w:val="es-AR"/>
              </w:rPr>
            </w:pPr>
            <w:r w:rsidRPr="00ED2954">
              <w:rPr>
                <w:lang w:val="es-AR"/>
              </w:rPr>
              <w:t>Sin detector de humo, sin extintor vigente</w:t>
            </w:r>
          </w:p>
        </w:tc>
        <w:tc>
          <w:tcPr>
            <w:tcW w:w="1728" w:type="dxa"/>
          </w:tcPr>
          <w:p w14:paraId="6B921675" w14:textId="77777777" w:rsidR="00C267E1" w:rsidRPr="00ED2954" w:rsidRDefault="005150B2">
            <w:pPr>
              <w:rPr>
                <w:lang w:val="es-AR"/>
              </w:rPr>
            </w:pPr>
            <w:r w:rsidRPr="00ED2954">
              <w:rPr>
                <w:lang w:val="es-AR"/>
              </w:rPr>
              <w:t>Ninguno</w:t>
            </w:r>
          </w:p>
        </w:tc>
      </w:tr>
    </w:tbl>
    <w:p w14:paraId="34E27C36" w14:textId="77777777" w:rsidR="00C267E1" w:rsidRPr="00ED2954" w:rsidRDefault="00C267E1">
      <w:pPr>
        <w:rPr>
          <w:lang w:val="es-AR"/>
        </w:rPr>
      </w:pPr>
    </w:p>
    <w:p w14:paraId="6FC3FE21" w14:textId="77777777" w:rsidR="00C267E1" w:rsidRPr="00944AE9" w:rsidRDefault="005150B2" w:rsidP="00944AE9">
      <w:pPr>
        <w:rPr>
          <w:b/>
          <w:bCs/>
          <w:lang w:val="es-AR"/>
        </w:rPr>
      </w:pPr>
      <w:r w:rsidRPr="00944AE9">
        <w:rPr>
          <w:b/>
          <w:bCs/>
          <w:lang w:val="es-AR"/>
        </w:rPr>
        <w:t>4. Evaluación de Riesgos (Paso 5)</w:t>
      </w:r>
    </w:p>
    <w:p w14:paraId="59724AB5" w14:textId="77777777" w:rsidR="00944AE9" w:rsidRDefault="005150B2" w:rsidP="00810DEE">
      <w:pPr>
        <w:jc w:val="both"/>
        <w:rPr>
          <w:lang w:val="es-AR"/>
        </w:rPr>
      </w:pPr>
      <w:r w:rsidRPr="00ED2954">
        <w:rPr>
          <w:lang w:val="es-AR"/>
        </w:rPr>
        <w:t>Para cada activo, calcule el riesgo usando la fórmula: Riesgo = Valor del Activo * Probabilidad de Amenaza. La probabilidad debe expresarse en decimal (</w:t>
      </w:r>
      <w:proofErr w:type="spellStart"/>
      <w:r w:rsidRPr="00ED2954">
        <w:rPr>
          <w:lang w:val="es-AR"/>
        </w:rPr>
        <w:t>ej</w:t>
      </w:r>
      <w:proofErr w:type="spellEnd"/>
      <w:r w:rsidRPr="00ED2954">
        <w:rPr>
          <w:lang w:val="es-AR"/>
        </w:rPr>
        <w:t>: 30% = 0,30).</w:t>
      </w:r>
    </w:p>
    <w:p w14:paraId="5033A6D2" w14:textId="77777777" w:rsidR="00944AE9" w:rsidRDefault="005150B2" w:rsidP="00810DEE">
      <w:pPr>
        <w:jc w:val="both"/>
        <w:rPr>
          <w:lang w:val="es-AR"/>
        </w:rPr>
      </w:pPr>
      <w:r w:rsidRPr="00ED2954">
        <w:rPr>
          <w:lang w:val="es-AR"/>
        </w:rPr>
        <w:t>IMPORTANTE - Combinaciones sin sentido: No todas las amenazas afectan a todos los activos. Cuando la amenaza no pueda explotar ninguna vulnerabilidad del activo, coloque N/A (No aplica). El N/A no se incluye en el cálculo del Riesgo Promedio. No coloque 0, porque el 0 baja artificialmente el promedio.</w:t>
      </w:r>
    </w:p>
    <w:p w14:paraId="0DFF136C" w14:textId="77777777" w:rsidR="00944AE9" w:rsidRDefault="005150B2" w:rsidP="00810DEE">
      <w:pPr>
        <w:jc w:val="both"/>
        <w:rPr>
          <w:lang w:val="es-AR"/>
        </w:rPr>
      </w:pPr>
      <w:r w:rsidRPr="00ED2954">
        <w:rPr>
          <w:lang w:val="es-AR"/>
        </w:rPr>
        <w:t>Ejemplo: Inspectores (Personal) x Falla de hardware = N/A. Inspectores x Error humano = SÍ se calcula.</w:t>
      </w:r>
    </w:p>
    <w:p w14:paraId="4CF92203" w14:textId="7B49CA58" w:rsidR="0024688B" w:rsidRDefault="005150B2" w:rsidP="00810DEE">
      <w:pPr>
        <w:jc w:val="both"/>
        <w:rPr>
          <w:lang w:val="es-AR"/>
        </w:rPr>
      </w:pPr>
      <w:r w:rsidRPr="00ED2954">
        <w:rPr>
          <w:lang w:val="es-AR"/>
        </w:rPr>
        <w:t>Se tomará como valor del riesgo para el activo el valor promedio de las amenazas que SÍ aplican.</w:t>
      </w:r>
    </w:p>
    <w:p w14:paraId="58E47E64" w14:textId="77777777" w:rsidR="0024688B" w:rsidRDefault="0024688B">
      <w:pPr>
        <w:rPr>
          <w:lang w:val="es-AR"/>
        </w:rPr>
      </w:pPr>
      <w:r>
        <w:rPr>
          <w:lang w:val="es-AR"/>
        </w:rPr>
        <w:br w:type="page"/>
      </w:r>
    </w:p>
    <w:tbl>
      <w:tblPr>
        <w:tblStyle w:val="Tablaconcuadrcula"/>
        <w:tblW w:w="0" w:type="auto"/>
        <w:tblLook w:val="04A0" w:firstRow="1" w:lastRow="0" w:firstColumn="1" w:lastColumn="0" w:noHBand="0" w:noVBand="1"/>
      </w:tblPr>
      <w:tblGrid>
        <w:gridCol w:w="1640"/>
        <w:gridCol w:w="859"/>
        <w:gridCol w:w="702"/>
        <w:gridCol w:w="702"/>
        <w:gridCol w:w="702"/>
        <w:gridCol w:w="702"/>
        <w:gridCol w:w="702"/>
        <w:gridCol w:w="702"/>
        <w:gridCol w:w="702"/>
        <w:gridCol w:w="1217"/>
      </w:tblGrid>
      <w:tr w:rsidR="00C267E1" w:rsidRPr="00ED2954" w14:paraId="6A3DD886" w14:textId="77777777" w:rsidTr="0024688B">
        <w:trPr>
          <w:cantSplit/>
          <w:trHeight w:val="2102"/>
        </w:trPr>
        <w:tc>
          <w:tcPr>
            <w:tcW w:w="1640" w:type="dxa"/>
          </w:tcPr>
          <w:p w14:paraId="0C9AA7D5" w14:textId="77777777" w:rsidR="00C267E1" w:rsidRPr="00ED2954" w:rsidRDefault="005150B2">
            <w:pPr>
              <w:rPr>
                <w:lang w:val="es-AR"/>
              </w:rPr>
            </w:pPr>
            <w:r w:rsidRPr="00ED2954">
              <w:rPr>
                <w:b/>
                <w:lang w:val="es-AR"/>
              </w:rPr>
              <w:lastRenderedPageBreak/>
              <w:t>Activo</w:t>
            </w:r>
          </w:p>
        </w:tc>
        <w:tc>
          <w:tcPr>
            <w:tcW w:w="859" w:type="dxa"/>
            <w:vAlign w:val="center"/>
          </w:tcPr>
          <w:p w14:paraId="24254895" w14:textId="77777777" w:rsidR="00C267E1" w:rsidRPr="00ED2954" w:rsidRDefault="005150B2" w:rsidP="00944AE9">
            <w:pPr>
              <w:jc w:val="center"/>
              <w:rPr>
                <w:lang w:val="es-AR"/>
              </w:rPr>
            </w:pPr>
            <w:r w:rsidRPr="00ED2954">
              <w:rPr>
                <w:b/>
                <w:lang w:val="es-AR"/>
              </w:rPr>
              <w:t>Valor Activo (3-9)</w:t>
            </w:r>
          </w:p>
        </w:tc>
        <w:tc>
          <w:tcPr>
            <w:tcW w:w="702" w:type="dxa"/>
            <w:textDirection w:val="btLr"/>
          </w:tcPr>
          <w:p w14:paraId="455E4A6E" w14:textId="7833027C" w:rsidR="00C267E1" w:rsidRPr="00ED2954" w:rsidRDefault="005150B2" w:rsidP="00944AE9">
            <w:pPr>
              <w:ind w:left="113" w:right="113"/>
              <w:rPr>
                <w:lang w:val="es-AR"/>
              </w:rPr>
            </w:pPr>
            <w:r w:rsidRPr="00ED2954">
              <w:rPr>
                <w:b/>
                <w:lang w:val="es-AR"/>
              </w:rPr>
              <w:t>Acceso</w:t>
            </w:r>
            <w:r w:rsidR="00944AE9">
              <w:rPr>
                <w:b/>
                <w:lang w:val="es-AR"/>
              </w:rPr>
              <w:t xml:space="preserve"> no autorizado</w:t>
            </w:r>
            <w:r w:rsidRPr="00ED2954">
              <w:rPr>
                <w:b/>
                <w:lang w:val="es-AR"/>
              </w:rPr>
              <w:t xml:space="preserve"> 30%</w:t>
            </w:r>
          </w:p>
        </w:tc>
        <w:tc>
          <w:tcPr>
            <w:tcW w:w="702" w:type="dxa"/>
            <w:textDirection w:val="btLr"/>
          </w:tcPr>
          <w:p w14:paraId="4D5A30AE" w14:textId="77777777" w:rsidR="00C267E1" w:rsidRPr="00ED2954" w:rsidRDefault="005150B2" w:rsidP="00944AE9">
            <w:pPr>
              <w:ind w:left="113" w:right="113"/>
              <w:rPr>
                <w:lang w:val="es-AR"/>
              </w:rPr>
            </w:pPr>
            <w:proofErr w:type="spellStart"/>
            <w:r w:rsidRPr="00ED2954">
              <w:rPr>
                <w:b/>
                <w:lang w:val="es-AR"/>
              </w:rPr>
              <w:t>Ransomware</w:t>
            </w:r>
            <w:proofErr w:type="spellEnd"/>
            <w:r w:rsidRPr="00ED2954">
              <w:rPr>
                <w:b/>
                <w:lang w:val="es-AR"/>
              </w:rPr>
              <w:t xml:space="preserve"> 25%</w:t>
            </w:r>
          </w:p>
        </w:tc>
        <w:tc>
          <w:tcPr>
            <w:tcW w:w="702" w:type="dxa"/>
            <w:textDirection w:val="btLr"/>
          </w:tcPr>
          <w:p w14:paraId="180A716F" w14:textId="1D3EA30E" w:rsidR="00C267E1" w:rsidRPr="00ED2954" w:rsidRDefault="00611714" w:rsidP="00944AE9">
            <w:pPr>
              <w:ind w:left="113" w:right="113"/>
              <w:rPr>
                <w:lang w:val="es-AR"/>
              </w:rPr>
            </w:pPr>
            <w:r w:rsidRPr="00ED2954">
              <w:rPr>
                <w:b/>
                <w:lang w:val="es-AR"/>
              </w:rPr>
              <w:t xml:space="preserve">Falla </w:t>
            </w:r>
            <w:r>
              <w:rPr>
                <w:b/>
                <w:lang w:val="es-AR"/>
              </w:rPr>
              <w:t xml:space="preserve">hardware </w:t>
            </w:r>
            <w:r w:rsidR="005150B2" w:rsidRPr="00ED2954">
              <w:rPr>
                <w:b/>
                <w:lang w:val="es-AR"/>
              </w:rPr>
              <w:t>15%</w:t>
            </w:r>
          </w:p>
        </w:tc>
        <w:tc>
          <w:tcPr>
            <w:tcW w:w="702" w:type="dxa"/>
            <w:textDirection w:val="btLr"/>
          </w:tcPr>
          <w:p w14:paraId="63AE6A37" w14:textId="1C19D9AC" w:rsidR="00C267E1" w:rsidRPr="00ED2954" w:rsidRDefault="005150B2" w:rsidP="00944AE9">
            <w:pPr>
              <w:ind w:left="113" w:right="113"/>
              <w:rPr>
                <w:lang w:val="es-AR"/>
              </w:rPr>
            </w:pPr>
            <w:r w:rsidRPr="00ED2954">
              <w:rPr>
                <w:b/>
                <w:lang w:val="es-AR"/>
              </w:rPr>
              <w:t xml:space="preserve">Error </w:t>
            </w:r>
            <w:r w:rsidR="00611714">
              <w:rPr>
                <w:b/>
                <w:lang w:val="es-AR"/>
              </w:rPr>
              <w:t xml:space="preserve">humano </w:t>
            </w:r>
            <w:r w:rsidRPr="00ED2954">
              <w:rPr>
                <w:b/>
                <w:lang w:val="es-AR"/>
              </w:rPr>
              <w:t>60%</w:t>
            </w:r>
          </w:p>
        </w:tc>
        <w:tc>
          <w:tcPr>
            <w:tcW w:w="702" w:type="dxa"/>
            <w:textDirection w:val="btLr"/>
          </w:tcPr>
          <w:p w14:paraId="352DB758" w14:textId="3FB1968C" w:rsidR="00C267E1" w:rsidRPr="00ED2954" w:rsidRDefault="005150B2" w:rsidP="00944AE9">
            <w:pPr>
              <w:ind w:left="113" w:right="113"/>
              <w:rPr>
                <w:lang w:val="es-AR"/>
              </w:rPr>
            </w:pPr>
            <w:r w:rsidRPr="00ED2954">
              <w:rPr>
                <w:b/>
                <w:lang w:val="es-AR"/>
              </w:rPr>
              <w:t xml:space="preserve">Fuga </w:t>
            </w:r>
            <w:r w:rsidR="00611714">
              <w:rPr>
                <w:b/>
                <w:lang w:val="es-AR"/>
              </w:rPr>
              <w:t xml:space="preserve">de información </w:t>
            </w:r>
            <w:r w:rsidRPr="00ED2954">
              <w:rPr>
                <w:b/>
                <w:lang w:val="es-AR"/>
              </w:rPr>
              <w:t>20%</w:t>
            </w:r>
          </w:p>
        </w:tc>
        <w:tc>
          <w:tcPr>
            <w:tcW w:w="702" w:type="dxa"/>
            <w:textDirection w:val="btLr"/>
          </w:tcPr>
          <w:p w14:paraId="35DF6C02" w14:textId="2BAF9229" w:rsidR="00C267E1" w:rsidRPr="00ED2954" w:rsidRDefault="005150B2" w:rsidP="00944AE9">
            <w:pPr>
              <w:ind w:left="113" w:right="113"/>
              <w:rPr>
                <w:lang w:val="es-AR"/>
              </w:rPr>
            </w:pPr>
            <w:r w:rsidRPr="00ED2954">
              <w:rPr>
                <w:b/>
                <w:lang w:val="es-AR"/>
              </w:rPr>
              <w:t xml:space="preserve">Corte </w:t>
            </w:r>
            <w:r w:rsidR="00611714">
              <w:rPr>
                <w:b/>
                <w:lang w:val="es-AR"/>
              </w:rPr>
              <w:t xml:space="preserve">energía </w:t>
            </w:r>
            <w:r w:rsidRPr="00ED2954">
              <w:rPr>
                <w:b/>
                <w:lang w:val="es-AR"/>
              </w:rPr>
              <w:t>40%</w:t>
            </w:r>
          </w:p>
        </w:tc>
        <w:tc>
          <w:tcPr>
            <w:tcW w:w="702" w:type="dxa"/>
            <w:textDirection w:val="btLr"/>
          </w:tcPr>
          <w:p w14:paraId="573F55AD" w14:textId="77777777" w:rsidR="00C267E1" w:rsidRPr="00ED2954" w:rsidRDefault="005150B2" w:rsidP="00944AE9">
            <w:pPr>
              <w:ind w:left="113" w:right="113"/>
              <w:rPr>
                <w:lang w:val="es-AR"/>
              </w:rPr>
            </w:pPr>
            <w:r w:rsidRPr="00ED2954">
              <w:rPr>
                <w:b/>
                <w:lang w:val="es-AR"/>
              </w:rPr>
              <w:t>Incendio 5%</w:t>
            </w:r>
          </w:p>
        </w:tc>
        <w:tc>
          <w:tcPr>
            <w:tcW w:w="1217" w:type="dxa"/>
            <w:vAlign w:val="center"/>
          </w:tcPr>
          <w:p w14:paraId="33C6BC98" w14:textId="58BE43B6" w:rsidR="00C267E1" w:rsidRPr="00ED2954" w:rsidRDefault="005150B2" w:rsidP="00944AE9">
            <w:pPr>
              <w:jc w:val="center"/>
              <w:rPr>
                <w:lang w:val="es-AR"/>
              </w:rPr>
            </w:pPr>
            <w:r w:rsidRPr="00ED2954">
              <w:rPr>
                <w:b/>
                <w:lang w:val="es-AR"/>
              </w:rPr>
              <w:t>Riesgo Promedio</w:t>
            </w:r>
          </w:p>
        </w:tc>
      </w:tr>
      <w:tr w:rsidR="00C267E1" w:rsidRPr="00ED2954" w14:paraId="7D7DBA95" w14:textId="77777777" w:rsidTr="0024688B">
        <w:tc>
          <w:tcPr>
            <w:tcW w:w="1640" w:type="dxa"/>
          </w:tcPr>
          <w:p w14:paraId="61A88D8E" w14:textId="77777777" w:rsidR="00C267E1" w:rsidRPr="00ED2954" w:rsidRDefault="005150B2">
            <w:pPr>
              <w:rPr>
                <w:lang w:val="es-AR"/>
              </w:rPr>
            </w:pPr>
            <w:r w:rsidRPr="00ED2954">
              <w:rPr>
                <w:lang w:val="es-AR"/>
              </w:rPr>
              <w:t>Probabilidad</w:t>
            </w:r>
          </w:p>
        </w:tc>
        <w:tc>
          <w:tcPr>
            <w:tcW w:w="859" w:type="dxa"/>
          </w:tcPr>
          <w:p w14:paraId="1A4B6A9D" w14:textId="77777777" w:rsidR="00C267E1" w:rsidRPr="00ED2954" w:rsidRDefault="00C267E1">
            <w:pPr>
              <w:rPr>
                <w:lang w:val="es-AR"/>
              </w:rPr>
            </w:pPr>
          </w:p>
        </w:tc>
        <w:tc>
          <w:tcPr>
            <w:tcW w:w="702" w:type="dxa"/>
          </w:tcPr>
          <w:p w14:paraId="5A45BD55" w14:textId="77777777" w:rsidR="00C267E1" w:rsidRPr="00ED2954" w:rsidRDefault="005150B2">
            <w:pPr>
              <w:rPr>
                <w:lang w:val="es-AR"/>
              </w:rPr>
            </w:pPr>
            <w:r w:rsidRPr="00ED2954">
              <w:rPr>
                <w:lang w:val="es-AR"/>
              </w:rPr>
              <w:t>0,30</w:t>
            </w:r>
          </w:p>
        </w:tc>
        <w:tc>
          <w:tcPr>
            <w:tcW w:w="702" w:type="dxa"/>
          </w:tcPr>
          <w:p w14:paraId="407D5DD7" w14:textId="77777777" w:rsidR="00C267E1" w:rsidRPr="00ED2954" w:rsidRDefault="005150B2">
            <w:pPr>
              <w:rPr>
                <w:lang w:val="es-AR"/>
              </w:rPr>
            </w:pPr>
            <w:r w:rsidRPr="00ED2954">
              <w:rPr>
                <w:lang w:val="es-AR"/>
              </w:rPr>
              <w:t>0,25</w:t>
            </w:r>
          </w:p>
        </w:tc>
        <w:tc>
          <w:tcPr>
            <w:tcW w:w="702" w:type="dxa"/>
          </w:tcPr>
          <w:p w14:paraId="2485D387" w14:textId="77777777" w:rsidR="00C267E1" w:rsidRPr="00ED2954" w:rsidRDefault="005150B2">
            <w:pPr>
              <w:rPr>
                <w:lang w:val="es-AR"/>
              </w:rPr>
            </w:pPr>
            <w:r w:rsidRPr="00ED2954">
              <w:rPr>
                <w:lang w:val="es-AR"/>
              </w:rPr>
              <w:t>0,15</w:t>
            </w:r>
          </w:p>
        </w:tc>
        <w:tc>
          <w:tcPr>
            <w:tcW w:w="702" w:type="dxa"/>
          </w:tcPr>
          <w:p w14:paraId="3D10B464" w14:textId="77777777" w:rsidR="00C267E1" w:rsidRPr="00ED2954" w:rsidRDefault="005150B2">
            <w:pPr>
              <w:rPr>
                <w:lang w:val="es-AR"/>
              </w:rPr>
            </w:pPr>
            <w:r w:rsidRPr="00ED2954">
              <w:rPr>
                <w:lang w:val="es-AR"/>
              </w:rPr>
              <w:t>0,60</w:t>
            </w:r>
          </w:p>
        </w:tc>
        <w:tc>
          <w:tcPr>
            <w:tcW w:w="702" w:type="dxa"/>
          </w:tcPr>
          <w:p w14:paraId="44E52BB5" w14:textId="77777777" w:rsidR="00C267E1" w:rsidRPr="00ED2954" w:rsidRDefault="005150B2">
            <w:pPr>
              <w:rPr>
                <w:lang w:val="es-AR"/>
              </w:rPr>
            </w:pPr>
            <w:r w:rsidRPr="00ED2954">
              <w:rPr>
                <w:lang w:val="es-AR"/>
              </w:rPr>
              <w:t>0,20</w:t>
            </w:r>
          </w:p>
        </w:tc>
        <w:tc>
          <w:tcPr>
            <w:tcW w:w="702" w:type="dxa"/>
          </w:tcPr>
          <w:p w14:paraId="26CA8E41" w14:textId="77777777" w:rsidR="00C267E1" w:rsidRPr="00ED2954" w:rsidRDefault="005150B2">
            <w:pPr>
              <w:rPr>
                <w:lang w:val="es-AR"/>
              </w:rPr>
            </w:pPr>
            <w:r w:rsidRPr="00ED2954">
              <w:rPr>
                <w:lang w:val="es-AR"/>
              </w:rPr>
              <w:t>0,40</w:t>
            </w:r>
          </w:p>
        </w:tc>
        <w:tc>
          <w:tcPr>
            <w:tcW w:w="702" w:type="dxa"/>
          </w:tcPr>
          <w:p w14:paraId="43C022BD" w14:textId="77777777" w:rsidR="00C267E1" w:rsidRPr="00ED2954" w:rsidRDefault="005150B2">
            <w:pPr>
              <w:rPr>
                <w:lang w:val="es-AR"/>
              </w:rPr>
            </w:pPr>
            <w:r w:rsidRPr="00ED2954">
              <w:rPr>
                <w:lang w:val="es-AR"/>
              </w:rPr>
              <w:t>0,05</w:t>
            </w:r>
          </w:p>
        </w:tc>
        <w:tc>
          <w:tcPr>
            <w:tcW w:w="1217" w:type="dxa"/>
          </w:tcPr>
          <w:p w14:paraId="3D017F4E" w14:textId="77777777" w:rsidR="00C267E1" w:rsidRPr="00ED2954" w:rsidRDefault="00C267E1">
            <w:pPr>
              <w:rPr>
                <w:lang w:val="es-AR"/>
              </w:rPr>
            </w:pPr>
          </w:p>
        </w:tc>
      </w:tr>
      <w:tr w:rsidR="00C267E1" w:rsidRPr="00ED2954" w14:paraId="74053402" w14:textId="77777777" w:rsidTr="0024688B">
        <w:tc>
          <w:tcPr>
            <w:tcW w:w="1640" w:type="dxa"/>
          </w:tcPr>
          <w:p w14:paraId="5B6BF1DE" w14:textId="77777777" w:rsidR="00C267E1" w:rsidRPr="00ED2954" w:rsidRDefault="005150B2">
            <w:pPr>
              <w:rPr>
                <w:lang w:val="es-AR"/>
              </w:rPr>
            </w:pPr>
            <w:r w:rsidRPr="00ED2954">
              <w:rPr>
                <w:lang w:val="es-AR"/>
              </w:rPr>
              <w:t>Padrón contribuyentes</w:t>
            </w:r>
          </w:p>
        </w:tc>
        <w:tc>
          <w:tcPr>
            <w:tcW w:w="859" w:type="dxa"/>
          </w:tcPr>
          <w:p w14:paraId="572AC8B5" w14:textId="77777777" w:rsidR="00C267E1" w:rsidRPr="00ED2954" w:rsidRDefault="00C267E1">
            <w:pPr>
              <w:rPr>
                <w:lang w:val="es-AR"/>
              </w:rPr>
            </w:pPr>
          </w:p>
        </w:tc>
        <w:tc>
          <w:tcPr>
            <w:tcW w:w="702" w:type="dxa"/>
          </w:tcPr>
          <w:p w14:paraId="1F62B9A6" w14:textId="77777777" w:rsidR="00C267E1" w:rsidRPr="00ED2954" w:rsidRDefault="00C267E1">
            <w:pPr>
              <w:rPr>
                <w:lang w:val="es-AR"/>
              </w:rPr>
            </w:pPr>
          </w:p>
        </w:tc>
        <w:tc>
          <w:tcPr>
            <w:tcW w:w="702" w:type="dxa"/>
          </w:tcPr>
          <w:p w14:paraId="2978CC61" w14:textId="77777777" w:rsidR="00C267E1" w:rsidRPr="00ED2954" w:rsidRDefault="00C267E1">
            <w:pPr>
              <w:rPr>
                <w:lang w:val="es-AR"/>
              </w:rPr>
            </w:pPr>
          </w:p>
        </w:tc>
        <w:tc>
          <w:tcPr>
            <w:tcW w:w="702" w:type="dxa"/>
          </w:tcPr>
          <w:p w14:paraId="1A456C20" w14:textId="77777777" w:rsidR="00C267E1" w:rsidRPr="00ED2954" w:rsidRDefault="005150B2">
            <w:pPr>
              <w:rPr>
                <w:lang w:val="es-AR"/>
              </w:rPr>
            </w:pPr>
            <w:r w:rsidRPr="00ED2954">
              <w:rPr>
                <w:lang w:val="es-AR"/>
              </w:rPr>
              <w:t>N/A</w:t>
            </w:r>
          </w:p>
        </w:tc>
        <w:tc>
          <w:tcPr>
            <w:tcW w:w="702" w:type="dxa"/>
          </w:tcPr>
          <w:p w14:paraId="7451B4A7" w14:textId="77777777" w:rsidR="00C267E1" w:rsidRPr="00ED2954" w:rsidRDefault="00C267E1">
            <w:pPr>
              <w:rPr>
                <w:lang w:val="es-AR"/>
              </w:rPr>
            </w:pPr>
          </w:p>
        </w:tc>
        <w:tc>
          <w:tcPr>
            <w:tcW w:w="702" w:type="dxa"/>
          </w:tcPr>
          <w:p w14:paraId="7D8C713C" w14:textId="77777777" w:rsidR="00C267E1" w:rsidRPr="00ED2954" w:rsidRDefault="00C267E1">
            <w:pPr>
              <w:rPr>
                <w:lang w:val="es-AR"/>
              </w:rPr>
            </w:pPr>
          </w:p>
        </w:tc>
        <w:tc>
          <w:tcPr>
            <w:tcW w:w="702" w:type="dxa"/>
          </w:tcPr>
          <w:p w14:paraId="0FE113B2" w14:textId="77777777" w:rsidR="00C267E1" w:rsidRPr="00ED2954" w:rsidRDefault="005150B2">
            <w:pPr>
              <w:rPr>
                <w:lang w:val="es-AR"/>
              </w:rPr>
            </w:pPr>
            <w:r w:rsidRPr="00ED2954">
              <w:rPr>
                <w:lang w:val="es-AR"/>
              </w:rPr>
              <w:t>N/A</w:t>
            </w:r>
          </w:p>
        </w:tc>
        <w:tc>
          <w:tcPr>
            <w:tcW w:w="702" w:type="dxa"/>
          </w:tcPr>
          <w:p w14:paraId="48BD41BF" w14:textId="77777777" w:rsidR="00C267E1" w:rsidRPr="00ED2954" w:rsidRDefault="005150B2">
            <w:pPr>
              <w:rPr>
                <w:lang w:val="es-AR"/>
              </w:rPr>
            </w:pPr>
            <w:r w:rsidRPr="00ED2954">
              <w:rPr>
                <w:lang w:val="es-AR"/>
              </w:rPr>
              <w:t>N/A</w:t>
            </w:r>
          </w:p>
        </w:tc>
        <w:tc>
          <w:tcPr>
            <w:tcW w:w="1217" w:type="dxa"/>
          </w:tcPr>
          <w:p w14:paraId="1F900B10" w14:textId="77777777" w:rsidR="00C267E1" w:rsidRPr="00ED2954" w:rsidRDefault="00C267E1">
            <w:pPr>
              <w:rPr>
                <w:lang w:val="es-AR"/>
              </w:rPr>
            </w:pPr>
          </w:p>
        </w:tc>
      </w:tr>
      <w:tr w:rsidR="00C267E1" w:rsidRPr="00ED2954" w14:paraId="4E5DE696" w14:textId="77777777" w:rsidTr="0024688B">
        <w:tc>
          <w:tcPr>
            <w:tcW w:w="1640" w:type="dxa"/>
          </w:tcPr>
          <w:p w14:paraId="06A930B5" w14:textId="77777777" w:rsidR="00C267E1" w:rsidRPr="00ED2954" w:rsidRDefault="005150B2">
            <w:pPr>
              <w:rPr>
                <w:lang w:val="es-AR"/>
              </w:rPr>
            </w:pPr>
            <w:r w:rsidRPr="00ED2954">
              <w:rPr>
                <w:lang w:val="es-AR"/>
              </w:rPr>
              <w:t>Base habilitaciones</w:t>
            </w:r>
          </w:p>
        </w:tc>
        <w:tc>
          <w:tcPr>
            <w:tcW w:w="859" w:type="dxa"/>
          </w:tcPr>
          <w:p w14:paraId="23BE4C86" w14:textId="77777777" w:rsidR="00C267E1" w:rsidRPr="00ED2954" w:rsidRDefault="00C267E1">
            <w:pPr>
              <w:rPr>
                <w:lang w:val="es-AR"/>
              </w:rPr>
            </w:pPr>
          </w:p>
        </w:tc>
        <w:tc>
          <w:tcPr>
            <w:tcW w:w="702" w:type="dxa"/>
          </w:tcPr>
          <w:p w14:paraId="568A7011" w14:textId="77777777" w:rsidR="00C267E1" w:rsidRPr="00ED2954" w:rsidRDefault="00C267E1">
            <w:pPr>
              <w:rPr>
                <w:lang w:val="es-AR"/>
              </w:rPr>
            </w:pPr>
          </w:p>
        </w:tc>
        <w:tc>
          <w:tcPr>
            <w:tcW w:w="702" w:type="dxa"/>
          </w:tcPr>
          <w:p w14:paraId="17FA2FA5" w14:textId="77777777" w:rsidR="00C267E1" w:rsidRPr="00ED2954" w:rsidRDefault="00C267E1">
            <w:pPr>
              <w:rPr>
                <w:lang w:val="es-AR"/>
              </w:rPr>
            </w:pPr>
          </w:p>
        </w:tc>
        <w:tc>
          <w:tcPr>
            <w:tcW w:w="702" w:type="dxa"/>
          </w:tcPr>
          <w:p w14:paraId="74027CE5" w14:textId="77777777" w:rsidR="00C267E1" w:rsidRPr="00ED2954" w:rsidRDefault="005150B2">
            <w:pPr>
              <w:rPr>
                <w:lang w:val="es-AR"/>
              </w:rPr>
            </w:pPr>
            <w:r w:rsidRPr="00ED2954">
              <w:rPr>
                <w:lang w:val="es-AR"/>
              </w:rPr>
              <w:t>N/A</w:t>
            </w:r>
          </w:p>
        </w:tc>
        <w:tc>
          <w:tcPr>
            <w:tcW w:w="702" w:type="dxa"/>
          </w:tcPr>
          <w:p w14:paraId="1E7E40A0" w14:textId="77777777" w:rsidR="00C267E1" w:rsidRPr="00ED2954" w:rsidRDefault="00C267E1">
            <w:pPr>
              <w:rPr>
                <w:lang w:val="es-AR"/>
              </w:rPr>
            </w:pPr>
          </w:p>
        </w:tc>
        <w:tc>
          <w:tcPr>
            <w:tcW w:w="702" w:type="dxa"/>
          </w:tcPr>
          <w:p w14:paraId="6C81EF19" w14:textId="77777777" w:rsidR="00C267E1" w:rsidRPr="00ED2954" w:rsidRDefault="00C267E1">
            <w:pPr>
              <w:rPr>
                <w:lang w:val="es-AR"/>
              </w:rPr>
            </w:pPr>
          </w:p>
        </w:tc>
        <w:tc>
          <w:tcPr>
            <w:tcW w:w="702" w:type="dxa"/>
          </w:tcPr>
          <w:p w14:paraId="4FBE7C08" w14:textId="77777777" w:rsidR="00C267E1" w:rsidRPr="00ED2954" w:rsidRDefault="005150B2">
            <w:pPr>
              <w:rPr>
                <w:lang w:val="es-AR"/>
              </w:rPr>
            </w:pPr>
            <w:r w:rsidRPr="00ED2954">
              <w:rPr>
                <w:lang w:val="es-AR"/>
              </w:rPr>
              <w:t>N/A</w:t>
            </w:r>
          </w:p>
        </w:tc>
        <w:tc>
          <w:tcPr>
            <w:tcW w:w="702" w:type="dxa"/>
          </w:tcPr>
          <w:p w14:paraId="59A912C0" w14:textId="77777777" w:rsidR="00C267E1" w:rsidRPr="00ED2954" w:rsidRDefault="005150B2">
            <w:pPr>
              <w:rPr>
                <w:lang w:val="es-AR"/>
              </w:rPr>
            </w:pPr>
            <w:r w:rsidRPr="00ED2954">
              <w:rPr>
                <w:lang w:val="es-AR"/>
              </w:rPr>
              <w:t>N/A</w:t>
            </w:r>
          </w:p>
        </w:tc>
        <w:tc>
          <w:tcPr>
            <w:tcW w:w="1217" w:type="dxa"/>
          </w:tcPr>
          <w:p w14:paraId="46413368" w14:textId="77777777" w:rsidR="00C267E1" w:rsidRPr="00ED2954" w:rsidRDefault="00C267E1">
            <w:pPr>
              <w:rPr>
                <w:lang w:val="es-AR"/>
              </w:rPr>
            </w:pPr>
          </w:p>
        </w:tc>
      </w:tr>
      <w:tr w:rsidR="00C267E1" w:rsidRPr="00ED2954" w14:paraId="2049DB70" w14:textId="77777777" w:rsidTr="0024688B">
        <w:tc>
          <w:tcPr>
            <w:tcW w:w="1640" w:type="dxa"/>
          </w:tcPr>
          <w:p w14:paraId="0363DF1D" w14:textId="77777777" w:rsidR="00C267E1" w:rsidRPr="00ED2954" w:rsidRDefault="005150B2">
            <w:pPr>
              <w:rPr>
                <w:lang w:val="es-AR"/>
              </w:rPr>
            </w:pPr>
            <w:r w:rsidRPr="00ED2954">
              <w:rPr>
                <w:lang w:val="es-AR"/>
              </w:rPr>
              <w:t>Registros financieros</w:t>
            </w:r>
          </w:p>
        </w:tc>
        <w:tc>
          <w:tcPr>
            <w:tcW w:w="859" w:type="dxa"/>
          </w:tcPr>
          <w:p w14:paraId="29730E1D" w14:textId="77777777" w:rsidR="00C267E1" w:rsidRPr="00ED2954" w:rsidRDefault="00C267E1">
            <w:pPr>
              <w:rPr>
                <w:lang w:val="es-AR"/>
              </w:rPr>
            </w:pPr>
          </w:p>
        </w:tc>
        <w:tc>
          <w:tcPr>
            <w:tcW w:w="702" w:type="dxa"/>
          </w:tcPr>
          <w:p w14:paraId="3DF13950" w14:textId="77777777" w:rsidR="00C267E1" w:rsidRPr="00ED2954" w:rsidRDefault="00C267E1">
            <w:pPr>
              <w:rPr>
                <w:lang w:val="es-AR"/>
              </w:rPr>
            </w:pPr>
          </w:p>
        </w:tc>
        <w:tc>
          <w:tcPr>
            <w:tcW w:w="702" w:type="dxa"/>
          </w:tcPr>
          <w:p w14:paraId="6A30968A" w14:textId="77777777" w:rsidR="00C267E1" w:rsidRPr="00ED2954" w:rsidRDefault="00C267E1">
            <w:pPr>
              <w:rPr>
                <w:lang w:val="es-AR"/>
              </w:rPr>
            </w:pPr>
          </w:p>
        </w:tc>
        <w:tc>
          <w:tcPr>
            <w:tcW w:w="702" w:type="dxa"/>
          </w:tcPr>
          <w:p w14:paraId="650C1C39" w14:textId="77777777" w:rsidR="00C267E1" w:rsidRPr="00ED2954" w:rsidRDefault="005150B2">
            <w:pPr>
              <w:rPr>
                <w:lang w:val="es-AR"/>
              </w:rPr>
            </w:pPr>
            <w:r w:rsidRPr="00ED2954">
              <w:rPr>
                <w:lang w:val="es-AR"/>
              </w:rPr>
              <w:t>N/A</w:t>
            </w:r>
          </w:p>
        </w:tc>
        <w:tc>
          <w:tcPr>
            <w:tcW w:w="702" w:type="dxa"/>
          </w:tcPr>
          <w:p w14:paraId="1CA3ACB9" w14:textId="77777777" w:rsidR="00C267E1" w:rsidRPr="00ED2954" w:rsidRDefault="00C267E1">
            <w:pPr>
              <w:rPr>
                <w:lang w:val="es-AR"/>
              </w:rPr>
            </w:pPr>
          </w:p>
        </w:tc>
        <w:tc>
          <w:tcPr>
            <w:tcW w:w="702" w:type="dxa"/>
          </w:tcPr>
          <w:p w14:paraId="4E25EBE7" w14:textId="77777777" w:rsidR="00C267E1" w:rsidRPr="00ED2954" w:rsidRDefault="00C267E1">
            <w:pPr>
              <w:rPr>
                <w:lang w:val="es-AR"/>
              </w:rPr>
            </w:pPr>
          </w:p>
        </w:tc>
        <w:tc>
          <w:tcPr>
            <w:tcW w:w="702" w:type="dxa"/>
          </w:tcPr>
          <w:p w14:paraId="1FD7EDB0" w14:textId="77777777" w:rsidR="00C267E1" w:rsidRPr="00ED2954" w:rsidRDefault="005150B2">
            <w:pPr>
              <w:rPr>
                <w:lang w:val="es-AR"/>
              </w:rPr>
            </w:pPr>
            <w:r w:rsidRPr="00ED2954">
              <w:rPr>
                <w:lang w:val="es-AR"/>
              </w:rPr>
              <w:t>N/A</w:t>
            </w:r>
          </w:p>
        </w:tc>
        <w:tc>
          <w:tcPr>
            <w:tcW w:w="702" w:type="dxa"/>
          </w:tcPr>
          <w:p w14:paraId="39C63A93" w14:textId="77777777" w:rsidR="00C267E1" w:rsidRPr="00ED2954" w:rsidRDefault="005150B2">
            <w:pPr>
              <w:rPr>
                <w:lang w:val="es-AR"/>
              </w:rPr>
            </w:pPr>
            <w:r w:rsidRPr="00ED2954">
              <w:rPr>
                <w:lang w:val="es-AR"/>
              </w:rPr>
              <w:t>N/A</w:t>
            </w:r>
          </w:p>
        </w:tc>
        <w:tc>
          <w:tcPr>
            <w:tcW w:w="1217" w:type="dxa"/>
          </w:tcPr>
          <w:p w14:paraId="04C1F7BE" w14:textId="77777777" w:rsidR="00C267E1" w:rsidRPr="00ED2954" w:rsidRDefault="00C267E1">
            <w:pPr>
              <w:rPr>
                <w:lang w:val="es-AR"/>
              </w:rPr>
            </w:pPr>
          </w:p>
        </w:tc>
      </w:tr>
      <w:tr w:rsidR="00C267E1" w:rsidRPr="00ED2954" w14:paraId="0DB0E515" w14:textId="77777777" w:rsidTr="0024688B">
        <w:tc>
          <w:tcPr>
            <w:tcW w:w="1640" w:type="dxa"/>
          </w:tcPr>
          <w:p w14:paraId="4C741FFE" w14:textId="77777777" w:rsidR="00C267E1" w:rsidRPr="00ED2954" w:rsidRDefault="005150B2">
            <w:pPr>
              <w:rPr>
                <w:lang w:val="es-AR"/>
              </w:rPr>
            </w:pPr>
            <w:r w:rsidRPr="00ED2954">
              <w:rPr>
                <w:lang w:val="es-AR"/>
              </w:rPr>
              <w:t>Sistema SGM</w:t>
            </w:r>
          </w:p>
        </w:tc>
        <w:tc>
          <w:tcPr>
            <w:tcW w:w="859" w:type="dxa"/>
          </w:tcPr>
          <w:p w14:paraId="1DFC37FB" w14:textId="77777777" w:rsidR="00C267E1" w:rsidRPr="00ED2954" w:rsidRDefault="00C267E1">
            <w:pPr>
              <w:rPr>
                <w:lang w:val="es-AR"/>
              </w:rPr>
            </w:pPr>
          </w:p>
        </w:tc>
        <w:tc>
          <w:tcPr>
            <w:tcW w:w="702" w:type="dxa"/>
          </w:tcPr>
          <w:p w14:paraId="6FFC5074" w14:textId="77777777" w:rsidR="00C267E1" w:rsidRPr="00ED2954" w:rsidRDefault="00C267E1">
            <w:pPr>
              <w:rPr>
                <w:lang w:val="es-AR"/>
              </w:rPr>
            </w:pPr>
          </w:p>
        </w:tc>
        <w:tc>
          <w:tcPr>
            <w:tcW w:w="702" w:type="dxa"/>
          </w:tcPr>
          <w:p w14:paraId="3DA75BCA" w14:textId="77777777" w:rsidR="00C267E1" w:rsidRPr="00ED2954" w:rsidRDefault="00C267E1">
            <w:pPr>
              <w:rPr>
                <w:lang w:val="es-AR"/>
              </w:rPr>
            </w:pPr>
          </w:p>
        </w:tc>
        <w:tc>
          <w:tcPr>
            <w:tcW w:w="702" w:type="dxa"/>
          </w:tcPr>
          <w:p w14:paraId="587932B7" w14:textId="77777777" w:rsidR="00C267E1" w:rsidRPr="00ED2954" w:rsidRDefault="00C267E1">
            <w:pPr>
              <w:rPr>
                <w:lang w:val="es-AR"/>
              </w:rPr>
            </w:pPr>
          </w:p>
        </w:tc>
        <w:tc>
          <w:tcPr>
            <w:tcW w:w="702" w:type="dxa"/>
          </w:tcPr>
          <w:p w14:paraId="3C9B8A9F" w14:textId="77777777" w:rsidR="00C267E1" w:rsidRPr="00ED2954" w:rsidRDefault="00C267E1">
            <w:pPr>
              <w:rPr>
                <w:lang w:val="es-AR"/>
              </w:rPr>
            </w:pPr>
          </w:p>
        </w:tc>
        <w:tc>
          <w:tcPr>
            <w:tcW w:w="702" w:type="dxa"/>
          </w:tcPr>
          <w:p w14:paraId="3621BE12" w14:textId="77777777" w:rsidR="00C267E1" w:rsidRPr="00ED2954" w:rsidRDefault="005150B2">
            <w:pPr>
              <w:rPr>
                <w:lang w:val="es-AR"/>
              </w:rPr>
            </w:pPr>
            <w:r w:rsidRPr="00ED2954">
              <w:rPr>
                <w:lang w:val="es-AR"/>
              </w:rPr>
              <w:t>N/A</w:t>
            </w:r>
          </w:p>
        </w:tc>
        <w:tc>
          <w:tcPr>
            <w:tcW w:w="702" w:type="dxa"/>
          </w:tcPr>
          <w:p w14:paraId="478576E1" w14:textId="77777777" w:rsidR="00C267E1" w:rsidRPr="00ED2954" w:rsidRDefault="00C267E1">
            <w:pPr>
              <w:rPr>
                <w:lang w:val="es-AR"/>
              </w:rPr>
            </w:pPr>
          </w:p>
        </w:tc>
        <w:tc>
          <w:tcPr>
            <w:tcW w:w="702" w:type="dxa"/>
          </w:tcPr>
          <w:p w14:paraId="662E745F" w14:textId="77777777" w:rsidR="00C267E1" w:rsidRPr="00ED2954" w:rsidRDefault="005150B2">
            <w:pPr>
              <w:rPr>
                <w:lang w:val="es-AR"/>
              </w:rPr>
            </w:pPr>
            <w:r w:rsidRPr="00ED2954">
              <w:rPr>
                <w:lang w:val="es-AR"/>
              </w:rPr>
              <w:t>N/A</w:t>
            </w:r>
          </w:p>
        </w:tc>
        <w:tc>
          <w:tcPr>
            <w:tcW w:w="1217" w:type="dxa"/>
          </w:tcPr>
          <w:p w14:paraId="1F334A2A" w14:textId="77777777" w:rsidR="00C267E1" w:rsidRPr="00ED2954" w:rsidRDefault="00C267E1">
            <w:pPr>
              <w:rPr>
                <w:lang w:val="es-AR"/>
              </w:rPr>
            </w:pPr>
          </w:p>
        </w:tc>
      </w:tr>
      <w:tr w:rsidR="00C267E1" w:rsidRPr="00ED2954" w14:paraId="57B7C8C5" w14:textId="77777777" w:rsidTr="0024688B">
        <w:tc>
          <w:tcPr>
            <w:tcW w:w="1640" w:type="dxa"/>
          </w:tcPr>
          <w:p w14:paraId="56511677" w14:textId="77777777" w:rsidR="00C267E1" w:rsidRPr="00ED2954" w:rsidRDefault="005150B2">
            <w:pPr>
              <w:rPr>
                <w:lang w:val="es-AR"/>
              </w:rPr>
            </w:pPr>
            <w:r w:rsidRPr="00ED2954">
              <w:rPr>
                <w:lang w:val="es-AR"/>
              </w:rPr>
              <w:t>Motor BD Municipal</w:t>
            </w:r>
          </w:p>
        </w:tc>
        <w:tc>
          <w:tcPr>
            <w:tcW w:w="859" w:type="dxa"/>
          </w:tcPr>
          <w:p w14:paraId="7FD7CA23" w14:textId="77777777" w:rsidR="00C267E1" w:rsidRPr="00ED2954" w:rsidRDefault="00C267E1">
            <w:pPr>
              <w:rPr>
                <w:lang w:val="es-AR"/>
              </w:rPr>
            </w:pPr>
          </w:p>
        </w:tc>
        <w:tc>
          <w:tcPr>
            <w:tcW w:w="702" w:type="dxa"/>
          </w:tcPr>
          <w:p w14:paraId="1472AB09" w14:textId="77777777" w:rsidR="00C267E1" w:rsidRPr="00ED2954" w:rsidRDefault="00C267E1">
            <w:pPr>
              <w:rPr>
                <w:lang w:val="es-AR"/>
              </w:rPr>
            </w:pPr>
          </w:p>
        </w:tc>
        <w:tc>
          <w:tcPr>
            <w:tcW w:w="702" w:type="dxa"/>
          </w:tcPr>
          <w:p w14:paraId="0E1837BD" w14:textId="77777777" w:rsidR="00C267E1" w:rsidRPr="00ED2954" w:rsidRDefault="00C267E1">
            <w:pPr>
              <w:rPr>
                <w:lang w:val="es-AR"/>
              </w:rPr>
            </w:pPr>
          </w:p>
        </w:tc>
        <w:tc>
          <w:tcPr>
            <w:tcW w:w="702" w:type="dxa"/>
          </w:tcPr>
          <w:p w14:paraId="521EFB5E" w14:textId="77777777" w:rsidR="00C267E1" w:rsidRPr="00ED2954" w:rsidRDefault="00C267E1">
            <w:pPr>
              <w:rPr>
                <w:lang w:val="es-AR"/>
              </w:rPr>
            </w:pPr>
          </w:p>
        </w:tc>
        <w:tc>
          <w:tcPr>
            <w:tcW w:w="702" w:type="dxa"/>
          </w:tcPr>
          <w:p w14:paraId="099E1759" w14:textId="77777777" w:rsidR="00C267E1" w:rsidRPr="00ED2954" w:rsidRDefault="00C267E1">
            <w:pPr>
              <w:rPr>
                <w:lang w:val="es-AR"/>
              </w:rPr>
            </w:pPr>
          </w:p>
        </w:tc>
        <w:tc>
          <w:tcPr>
            <w:tcW w:w="702" w:type="dxa"/>
          </w:tcPr>
          <w:p w14:paraId="10F26EC7" w14:textId="77777777" w:rsidR="00C267E1" w:rsidRPr="00ED2954" w:rsidRDefault="005150B2">
            <w:pPr>
              <w:rPr>
                <w:lang w:val="es-AR"/>
              </w:rPr>
            </w:pPr>
            <w:r w:rsidRPr="00ED2954">
              <w:rPr>
                <w:lang w:val="es-AR"/>
              </w:rPr>
              <w:t>N/A</w:t>
            </w:r>
          </w:p>
        </w:tc>
        <w:tc>
          <w:tcPr>
            <w:tcW w:w="702" w:type="dxa"/>
          </w:tcPr>
          <w:p w14:paraId="3F9079AC" w14:textId="77777777" w:rsidR="00C267E1" w:rsidRPr="00ED2954" w:rsidRDefault="00C267E1">
            <w:pPr>
              <w:rPr>
                <w:lang w:val="es-AR"/>
              </w:rPr>
            </w:pPr>
          </w:p>
        </w:tc>
        <w:tc>
          <w:tcPr>
            <w:tcW w:w="702" w:type="dxa"/>
          </w:tcPr>
          <w:p w14:paraId="249889DD" w14:textId="77777777" w:rsidR="00C267E1" w:rsidRPr="00ED2954" w:rsidRDefault="005150B2">
            <w:pPr>
              <w:rPr>
                <w:lang w:val="es-AR"/>
              </w:rPr>
            </w:pPr>
            <w:r w:rsidRPr="00ED2954">
              <w:rPr>
                <w:lang w:val="es-AR"/>
              </w:rPr>
              <w:t>N/A</w:t>
            </w:r>
          </w:p>
        </w:tc>
        <w:tc>
          <w:tcPr>
            <w:tcW w:w="1217" w:type="dxa"/>
          </w:tcPr>
          <w:p w14:paraId="0AED969D" w14:textId="77777777" w:rsidR="00C267E1" w:rsidRPr="00ED2954" w:rsidRDefault="00C267E1">
            <w:pPr>
              <w:rPr>
                <w:lang w:val="es-AR"/>
              </w:rPr>
            </w:pPr>
          </w:p>
        </w:tc>
      </w:tr>
      <w:tr w:rsidR="00C267E1" w:rsidRPr="00ED2954" w14:paraId="09183549" w14:textId="77777777" w:rsidTr="0024688B">
        <w:tc>
          <w:tcPr>
            <w:tcW w:w="1640" w:type="dxa"/>
          </w:tcPr>
          <w:p w14:paraId="409E0F33" w14:textId="77777777" w:rsidR="00C267E1" w:rsidRPr="00ED2954" w:rsidRDefault="005150B2">
            <w:pPr>
              <w:rPr>
                <w:lang w:val="es-AR"/>
              </w:rPr>
            </w:pPr>
            <w:r w:rsidRPr="00ED2954">
              <w:rPr>
                <w:lang w:val="es-AR"/>
              </w:rPr>
              <w:t>Servidor principal</w:t>
            </w:r>
          </w:p>
        </w:tc>
        <w:tc>
          <w:tcPr>
            <w:tcW w:w="859" w:type="dxa"/>
          </w:tcPr>
          <w:p w14:paraId="0AB9E502" w14:textId="77777777" w:rsidR="00C267E1" w:rsidRPr="00ED2954" w:rsidRDefault="00C267E1">
            <w:pPr>
              <w:rPr>
                <w:lang w:val="es-AR"/>
              </w:rPr>
            </w:pPr>
          </w:p>
        </w:tc>
        <w:tc>
          <w:tcPr>
            <w:tcW w:w="702" w:type="dxa"/>
          </w:tcPr>
          <w:p w14:paraId="18932A29" w14:textId="77777777" w:rsidR="00C267E1" w:rsidRPr="00ED2954" w:rsidRDefault="00C267E1">
            <w:pPr>
              <w:rPr>
                <w:lang w:val="es-AR"/>
              </w:rPr>
            </w:pPr>
          </w:p>
        </w:tc>
        <w:tc>
          <w:tcPr>
            <w:tcW w:w="702" w:type="dxa"/>
          </w:tcPr>
          <w:p w14:paraId="60C535B8" w14:textId="77777777" w:rsidR="00C267E1" w:rsidRPr="00ED2954" w:rsidRDefault="00C267E1">
            <w:pPr>
              <w:rPr>
                <w:lang w:val="es-AR"/>
              </w:rPr>
            </w:pPr>
          </w:p>
        </w:tc>
        <w:tc>
          <w:tcPr>
            <w:tcW w:w="702" w:type="dxa"/>
          </w:tcPr>
          <w:p w14:paraId="08AAB0FC" w14:textId="77777777" w:rsidR="00C267E1" w:rsidRPr="00ED2954" w:rsidRDefault="00C267E1">
            <w:pPr>
              <w:rPr>
                <w:lang w:val="es-AR"/>
              </w:rPr>
            </w:pPr>
          </w:p>
        </w:tc>
        <w:tc>
          <w:tcPr>
            <w:tcW w:w="702" w:type="dxa"/>
          </w:tcPr>
          <w:p w14:paraId="17545E8F" w14:textId="77777777" w:rsidR="00C267E1" w:rsidRPr="00ED2954" w:rsidRDefault="00C267E1">
            <w:pPr>
              <w:rPr>
                <w:lang w:val="es-AR"/>
              </w:rPr>
            </w:pPr>
          </w:p>
        </w:tc>
        <w:tc>
          <w:tcPr>
            <w:tcW w:w="702" w:type="dxa"/>
          </w:tcPr>
          <w:p w14:paraId="1ABC5178" w14:textId="77777777" w:rsidR="00C267E1" w:rsidRPr="00ED2954" w:rsidRDefault="00C267E1">
            <w:pPr>
              <w:rPr>
                <w:lang w:val="es-AR"/>
              </w:rPr>
            </w:pPr>
          </w:p>
        </w:tc>
        <w:tc>
          <w:tcPr>
            <w:tcW w:w="702" w:type="dxa"/>
          </w:tcPr>
          <w:p w14:paraId="458E20F1" w14:textId="77777777" w:rsidR="00C267E1" w:rsidRPr="00ED2954" w:rsidRDefault="00C267E1">
            <w:pPr>
              <w:rPr>
                <w:lang w:val="es-AR"/>
              </w:rPr>
            </w:pPr>
          </w:p>
        </w:tc>
        <w:tc>
          <w:tcPr>
            <w:tcW w:w="702" w:type="dxa"/>
          </w:tcPr>
          <w:p w14:paraId="789287CD" w14:textId="77777777" w:rsidR="00C267E1" w:rsidRPr="00ED2954" w:rsidRDefault="00C267E1">
            <w:pPr>
              <w:rPr>
                <w:lang w:val="es-AR"/>
              </w:rPr>
            </w:pPr>
          </w:p>
        </w:tc>
        <w:tc>
          <w:tcPr>
            <w:tcW w:w="1217" w:type="dxa"/>
          </w:tcPr>
          <w:p w14:paraId="2870C3E7" w14:textId="77777777" w:rsidR="00C267E1" w:rsidRPr="00ED2954" w:rsidRDefault="00C267E1">
            <w:pPr>
              <w:rPr>
                <w:lang w:val="es-AR"/>
              </w:rPr>
            </w:pPr>
          </w:p>
        </w:tc>
      </w:tr>
      <w:tr w:rsidR="00C267E1" w:rsidRPr="00ED2954" w14:paraId="6626A027" w14:textId="77777777" w:rsidTr="0024688B">
        <w:tc>
          <w:tcPr>
            <w:tcW w:w="1640" w:type="dxa"/>
          </w:tcPr>
          <w:p w14:paraId="00C0E620" w14:textId="77777777" w:rsidR="00C267E1" w:rsidRPr="00ED2954" w:rsidRDefault="005150B2">
            <w:pPr>
              <w:rPr>
                <w:lang w:val="es-AR"/>
              </w:rPr>
            </w:pPr>
            <w:r w:rsidRPr="00ED2954">
              <w:rPr>
                <w:lang w:val="es-AR"/>
              </w:rPr>
              <w:t>Estaciones atención</w:t>
            </w:r>
          </w:p>
        </w:tc>
        <w:tc>
          <w:tcPr>
            <w:tcW w:w="859" w:type="dxa"/>
          </w:tcPr>
          <w:p w14:paraId="0348FA5F" w14:textId="77777777" w:rsidR="00C267E1" w:rsidRPr="00ED2954" w:rsidRDefault="00C267E1">
            <w:pPr>
              <w:rPr>
                <w:lang w:val="es-AR"/>
              </w:rPr>
            </w:pPr>
          </w:p>
        </w:tc>
        <w:tc>
          <w:tcPr>
            <w:tcW w:w="702" w:type="dxa"/>
          </w:tcPr>
          <w:p w14:paraId="21B9D074" w14:textId="77777777" w:rsidR="00C267E1" w:rsidRPr="00ED2954" w:rsidRDefault="00C267E1">
            <w:pPr>
              <w:rPr>
                <w:lang w:val="es-AR"/>
              </w:rPr>
            </w:pPr>
          </w:p>
        </w:tc>
        <w:tc>
          <w:tcPr>
            <w:tcW w:w="702" w:type="dxa"/>
          </w:tcPr>
          <w:p w14:paraId="707EAB1E" w14:textId="77777777" w:rsidR="00C267E1" w:rsidRPr="00ED2954" w:rsidRDefault="00C267E1">
            <w:pPr>
              <w:rPr>
                <w:lang w:val="es-AR"/>
              </w:rPr>
            </w:pPr>
          </w:p>
        </w:tc>
        <w:tc>
          <w:tcPr>
            <w:tcW w:w="702" w:type="dxa"/>
          </w:tcPr>
          <w:p w14:paraId="46779F90" w14:textId="77777777" w:rsidR="00C267E1" w:rsidRPr="00ED2954" w:rsidRDefault="00C267E1">
            <w:pPr>
              <w:rPr>
                <w:lang w:val="es-AR"/>
              </w:rPr>
            </w:pPr>
          </w:p>
        </w:tc>
        <w:tc>
          <w:tcPr>
            <w:tcW w:w="702" w:type="dxa"/>
          </w:tcPr>
          <w:p w14:paraId="76312AB4" w14:textId="77777777" w:rsidR="00C267E1" w:rsidRPr="00ED2954" w:rsidRDefault="00C267E1">
            <w:pPr>
              <w:rPr>
                <w:lang w:val="es-AR"/>
              </w:rPr>
            </w:pPr>
          </w:p>
        </w:tc>
        <w:tc>
          <w:tcPr>
            <w:tcW w:w="702" w:type="dxa"/>
          </w:tcPr>
          <w:p w14:paraId="574041F6" w14:textId="77777777" w:rsidR="00C267E1" w:rsidRPr="00ED2954" w:rsidRDefault="00C267E1">
            <w:pPr>
              <w:rPr>
                <w:lang w:val="es-AR"/>
              </w:rPr>
            </w:pPr>
          </w:p>
        </w:tc>
        <w:tc>
          <w:tcPr>
            <w:tcW w:w="702" w:type="dxa"/>
          </w:tcPr>
          <w:p w14:paraId="572F5CE6" w14:textId="77777777" w:rsidR="00C267E1" w:rsidRPr="00ED2954" w:rsidRDefault="00C267E1">
            <w:pPr>
              <w:rPr>
                <w:lang w:val="es-AR"/>
              </w:rPr>
            </w:pPr>
          </w:p>
        </w:tc>
        <w:tc>
          <w:tcPr>
            <w:tcW w:w="702" w:type="dxa"/>
          </w:tcPr>
          <w:p w14:paraId="4F0BB7EC" w14:textId="77777777" w:rsidR="00C267E1" w:rsidRPr="00ED2954" w:rsidRDefault="00C267E1">
            <w:pPr>
              <w:rPr>
                <w:lang w:val="es-AR"/>
              </w:rPr>
            </w:pPr>
          </w:p>
        </w:tc>
        <w:tc>
          <w:tcPr>
            <w:tcW w:w="1217" w:type="dxa"/>
          </w:tcPr>
          <w:p w14:paraId="0F9BC6CF" w14:textId="77777777" w:rsidR="00C267E1" w:rsidRPr="00ED2954" w:rsidRDefault="00C267E1">
            <w:pPr>
              <w:rPr>
                <w:lang w:val="es-AR"/>
              </w:rPr>
            </w:pPr>
          </w:p>
        </w:tc>
      </w:tr>
      <w:tr w:rsidR="00C267E1" w:rsidRPr="00ED2954" w14:paraId="2ABF3A4C" w14:textId="77777777" w:rsidTr="0024688B">
        <w:tc>
          <w:tcPr>
            <w:tcW w:w="1640" w:type="dxa"/>
          </w:tcPr>
          <w:p w14:paraId="72DAF7C5" w14:textId="77777777" w:rsidR="00C267E1" w:rsidRPr="00ED2954" w:rsidRDefault="005150B2">
            <w:pPr>
              <w:rPr>
                <w:lang w:val="es-AR"/>
              </w:rPr>
            </w:pPr>
            <w:r w:rsidRPr="00ED2954">
              <w:rPr>
                <w:lang w:val="es-AR"/>
              </w:rPr>
              <w:t xml:space="preserve">Red LAN / </w:t>
            </w:r>
            <w:proofErr w:type="spellStart"/>
            <w:r w:rsidRPr="00ED2954">
              <w:rPr>
                <w:lang w:val="es-AR"/>
              </w:rPr>
              <w:t>WiFi</w:t>
            </w:r>
            <w:proofErr w:type="spellEnd"/>
          </w:p>
        </w:tc>
        <w:tc>
          <w:tcPr>
            <w:tcW w:w="859" w:type="dxa"/>
          </w:tcPr>
          <w:p w14:paraId="55602738" w14:textId="77777777" w:rsidR="00C267E1" w:rsidRPr="00ED2954" w:rsidRDefault="00C267E1">
            <w:pPr>
              <w:rPr>
                <w:lang w:val="es-AR"/>
              </w:rPr>
            </w:pPr>
          </w:p>
        </w:tc>
        <w:tc>
          <w:tcPr>
            <w:tcW w:w="702" w:type="dxa"/>
          </w:tcPr>
          <w:p w14:paraId="64CD637C" w14:textId="77777777" w:rsidR="00C267E1" w:rsidRPr="00ED2954" w:rsidRDefault="00C267E1">
            <w:pPr>
              <w:rPr>
                <w:lang w:val="es-AR"/>
              </w:rPr>
            </w:pPr>
          </w:p>
        </w:tc>
        <w:tc>
          <w:tcPr>
            <w:tcW w:w="702" w:type="dxa"/>
          </w:tcPr>
          <w:p w14:paraId="366E8B93" w14:textId="77777777" w:rsidR="00C267E1" w:rsidRPr="00ED2954" w:rsidRDefault="005150B2">
            <w:pPr>
              <w:rPr>
                <w:lang w:val="es-AR"/>
              </w:rPr>
            </w:pPr>
            <w:r w:rsidRPr="00ED2954">
              <w:rPr>
                <w:lang w:val="es-AR"/>
              </w:rPr>
              <w:t>N/A</w:t>
            </w:r>
          </w:p>
        </w:tc>
        <w:tc>
          <w:tcPr>
            <w:tcW w:w="702" w:type="dxa"/>
          </w:tcPr>
          <w:p w14:paraId="49ED6616" w14:textId="77777777" w:rsidR="00C267E1" w:rsidRPr="00ED2954" w:rsidRDefault="00C267E1">
            <w:pPr>
              <w:rPr>
                <w:lang w:val="es-AR"/>
              </w:rPr>
            </w:pPr>
          </w:p>
        </w:tc>
        <w:tc>
          <w:tcPr>
            <w:tcW w:w="702" w:type="dxa"/>
          </w:tcPr>
          <w:p w14:paraId="3372321C" w14:textId="77777777" w:rsidR="00C267E1" w:rsidRPr="00ED2954" w:rsidRDefault="005150B2">
            <w:pPr>
              <w:rPr>
                <w:lang w:val="es-AR"/>
              </w:rPr>
            </w:pPr>
            <w:r w:rsidRPr="00ED2954">
              <w:rPr>
                <w:lang w:val="es-AR"/>
              </w:rPr>
              <w:t>N/A</w:t>
            </w:r>
          </w:p>
        </w:tc>
        <w:tc>
          <w:tcPr>
            <w:tcW w:w="702" w:type="dxa"/>
          </w:tcPr>
          <w:p w14:paraId="3EF92707" w14:textId="77777777" w:rsidR="00C267E1" w:rsidRPr="00ED2954" w:rsidRDefault="005150B2">
            <w:pPr>
              <w:rPr>
                <w:lang w:val="es-AR"/>
              </w:rPr>
            </w:pPr>
            <w:r w:rsidRPr="00ED2954">
              <w:rPr>
                <w:lang w:val="es-AR"/>
              </w:rPr>
              <w:t>N/A</w:t>
            </w:r>
          </w:p>
        </w:tc>
        <w:tc>
          <w:tcPr>
            <w:tcW w:w="702" w:type="dxa"/>
          </w:tcPr>
          <w:p w14:paraId="775AFCA0" w14:textId="77777777" w:rsidR="00C267E1" w:rsidRPr="00ED2954" w:rsidRDefault="00C267E1">
            <w:pPr>
              <w:rPr>
                <w:lang w:val="es-AR"/>
              </w:rPr>
            </w:pPr>
          </w:p>
        </w:tc>
        <w:tc>
          <w:tcPr>
            <w:tcW w:w="702" w:type="dxa"/>
          </w:tcPr>
          <w:p w14:paraId="789A7218" w14:textId="77777777" w:rsidR="00C267E1" w:rsidRPr="00ED2954" w:rsidRDefault="00C267E1">
            <w:pPr>
              <w:rPr>
                <w:lang w:val="es-AR"/>
              </w:rPr>
            </w:pPr>
          </w:p>
        </w:tc>
        <w:tc>
          <w:tcPr>
            <w:tcW w:w="1217" w:type="dxa"/>
          </w:tcPr>
          <w:p w14:paraId="5817F92E" w14:textId="77777777" w:rsidR="00C267E1" w:rsidRPr="00ED2954" w:rsidRDefault="00C267E1">
            <w:pPr>
              <w:rPr>
                <w:lang w:val="es-AR"/>
              </w:rPr>
            </w:pPr>
          </w:p>
        </w:tc>
      </w:tr>
      <w:tr w:rsidR="00C267E1" w:rsidRPr="00ED2954" w14:paraId="16A7045D" w14:textId="77777777" w:rsidTr="0024688B">
        <w:tc>
          <w:tcPr>
            <w:tcW w:w="1640" w:type="dxa"/>
          </w:tcPr>
          <w:p w14:paraId="052C2E42" w14:textId="77777777" w:rsidR="00C267E1" w:rsidRPr="00ED2954" w:rsidRDefault="005150B2">
            <w:pPr>
              <w:rPr>
                <w:lang w:val="es-AR"/>
              </w:rPr>
            </w:pPr>
            <w:r w:rsidRPr="00ED2954">
              <w:rPr>
                <w:lang w:val="es-AR"/>
              </w:rPr>
              <w:t>Inspectores municipales</w:t>
            </w:r>
          </w:p>
        </w:tc>
        <w:tc>
          <w:tcPr>
            <w:tcW w:w="859" w:type="dxa"/>
          </w:tcPr>
          <w:p w14:paraId="0AF759BE" w14:textId="77777777" w:rsidR="00C267E1" w:rsidRPr="00ED2954" w:rsidRDefault="00C267E1">
            <w:pPr>
              <w:rPr>
                <w:lang w:val="es-AR"/>
              </w:rPr>
            </w:pPr>
          </w:p>
        </w:tc>
        <w:tc>
          <w:tcPr>
            <w:tcW w:w="702" w:type="dxa"/>
          </w:tcPr>
          <w:p w14:paraId="4E3A979A" w14:textId="77777777" w:rsidR="00C267E1" w:rsidRPr="00ED2954" w:rsidRDefault="00C267E1">
            <w:pPr>
              <w:rPr>
                <w:lang w:val="es-AR"/>
              </w:rPr>
            </w:pPr>
          </w:p>
        </w:tc>
        <w:tc>
          <w:tcPr>
            <w:tcW w:w="702" w:type="dxa"/>
          </w:tcPr>
          <w:p w14:paraId="38D6D705" w14:textId="77777777" w:rsidR="00C267E1" w:rsidRPr="00ED2954" w:rsidRDefault="005150B2">
            <w:pPr>
              <w:rPr>
                <w:lang w:val="es-AR"/>
              </w:rPr>
            </w:pPr>
            <w:r w:rsidRPr="00ED2954">
              <w:rPr>
                <w:lang w:val="es-AR"/>
              </w:rPr>
              <w:t>N/A</w:t>
            </w:r>
          </w:p>
        </w:tc>
        <w:tc>
          <w:tcPr>
            <w:tcW w:w="702" w:type="dxa"/>
          </w:tcPr>
          <w:p w14:paraId="2503C01F" w14:textId="77777777" w:rsidR="00C267E1" w:rsidRPr="00ED2954" w:rsidRDefault="005150B2">
            <w:pPr>
              <w:rPr>
                <w:lang w:val="es-AR"/>
              </w:rPr>
            </w:pPr>
            <w:r w:rsidRPr="00ED2954">
              <w:rPr>
                <w:lang w:val="es-AR"/>
              </w:rPr>
              <w:t>N/A</w:t>
            </w:r>
          </w:p>
        </w:tc>
        <w:tc>
          <w:tcPr>
            <w:tcW w:w="702" w:type="dxa"/>
          </w:tcPr>
          <w:p w14:paraId="1BEE2EEB" w14:textId="77777777" w:rsidR="00C267E1" w:rsidRPr="00ED2954" w:rsidRDefault="00C267E1">
            <w:pPr>
              <w:rPr>
                <w:lang w:val="es-AR"/>
              </w:rPr>
            </w:pPr>
          </w:p>
        </w:tc>
        <w:tc>
          <w:tcPr>
            <w:tcW w:w="702" w:type="dxa"/>
          </w:tcPr>
          <w:p w14:paraId="1B8AB60E" w14:textId="77777777" w:rsidR="00C267E1" w:rsidRPr="00ED2954" w:rsidRDefault="00C267E1">
            <w:pPr>
              <w:rPr>
                <w:lang w:val="es-AR"/>
              </w:rPr>
            </w:pPr>
          </w:p>
        </w:tc>
        <w:tc>
          <w:tcPr>
            <w:tcW w:w="702" w:type="dxa"/>
          </w:tcPr>
          <w:p w14:paraId="3376F1E8" w14:textId="77777777" w:rsidR="00C267E1" w:rsidRPr="00ED2954" w:rsidRDefault="005150B2">
            <w:pPr>
              <w:rPr>
                <w:lang w:val="es-AR"/>
              </w:rPr>
            </w:pPr>
            <w:r w:rsidRPr="00ED2954">
              <w:rPr>
                <w:lang w:val="es-AR"/>
              </w:rPr>
              <w:t>N/A</w:t>
            </w:r>
          </w:p>
        </w:tc>
        <w:tc>
          <w:tcPr>
            <w:tcW w:w="702" w:type="dxa"/>
          </w:tcPr>
          <w:p w14:paraId="752B1B4F" w14:textId="77777777" w:rsidR="00C267E1" w:rsidRPr="00ED2954" w:rsidRDefault="005150B2">
            <w:pPr>
              <w:rPr>
                <w:lang w:val="es-AR"/>
              </w:rPr>
            </w:pPr>
            <w:r w:rsidRPr="00ED2954">
              <w:rPr>
                <w:lang w:val="es-AR"/>
              </w:rPr>
              <w:t>N/A</w:t>
            </w:r>
          </w:p>
        </w:tc>
        <w:tc>
          <w:tcPr>
            <w:tcW w:w="1217" w:type="dxa"/>
          </w:tcPr>
          <w:p w14:paraId="11C39139" w14:textId="77777777" w:rsidR="00C267E1" w:rsidRPr="00ED2954" w:rsidRDefault="00C267E1">
            <w:pPr>
              <w:rPr>
                <w:lang w:val="es-AR"/>
              </w:rPr>
            </w:pPr>
          </w:p>
        </w:tc>
      </w:tr>
      <w:tr w:rsidR="00C267E1" w:rsidRPr="00ED2954" w14:paraId="5DDED87C" w14:textId="77777777" w:rsidTr="0024688B">
        <w:tc>
          <w:tcPr>
            <w:tcW w:w="1640" w:type="dxa"/>
          </w:tcPr>
          <w:p w14:paraId="205F104B" w14:textId="77777777" w:rsidR="00C267E1" w:rsidRPr="00ED2954" w:rsidRDefault="005150B2">
            <w:pPr>
              <w:rPr>
                <w:lang w:val="es-AR"/>
              </w:rPr>
            </w:pPr>
            <w:r w:rsidRPr="00ED2954">
              <w:rPr>
                <w:lang w:val="es-AR"/>
              </w:rPr>
              <w:t>Personal administrativo</w:t>
            </w:r>
          </w:p>
        </w:tc>
        <w:tc>
          <w:tcPr>
            <w:tcW w:w="859" w:type="dxa"/>
          </w:tcPr>
          <w:p w14:paraId="7A00E309" w14:textId="77777777" w:rsidR="00C267E1" w:rsidRPr="00ED2954" w:rsidRDefault="00C267E1">
            <w:pPr>
              <w:rPr>
                <w:lang w:val="es-AR"/>
              </w:rPr>
            </w:pPr>
          </w:p>
        </w:tc>
        <w:tc>
          <w:tcPr>
            <w:tcW w:w="702" w:type="dxa"/>
          </w:tcPr>
          <w:p w14:paraId="0F12CFA7" w14:textId="77777777" w:rsidR="00C267E1" w:rsidRPr="00ED2954" w:rsidRDefault="00C267E1">
            <w:pPr>
              <w:rPr>
                <w:lang w:val="es-AR"/>
              </w:rPr>
            </w:pPr>
          </w:p>
        </w:tc>
        <w:tc>
          <w:tcPr>
            <w:tcW w:w="702" w:type="dxa"/>
          </w:tcPr>
          <w:p w14:paraId="5FB4E50D" w14:textId="77777777" w:rsidR="00C267E1" w:rsidRPr="00ED2954" w:rsidRDefault="005150B2">
            <w:pPr>
              <w:rPr>
                <w:lang w:val="es-AR"/>
              </w:rPr>
            </w:pPr>
            <w:r w:rsidRPr="00ED2954">
              <w:rPr>
                <w:lang w:val="es-AR"/>
              </w:rPr>
              <w:t>N/A</w:t>
            </w:r>
          </w:p>
        </w:tc>
        <w:tc>
          <w:tcPr>
            <w:tcW w:w="702" w:type="dxa"/>
          </w:tcPr>
          <w:p w14:paraId="39C40415" w14:textId="77777777" w:rsidR="00C267E1" w:rsidRPr="00ED2954" w:rsidRDefault="005150B2">
            <w:pPr>
              <w:rPr>
                <w:lang w:val="es-AR"/>
              </w:rPr>
            </w:pPr>
            <w:r w:rsidRPr="00ED2954">
              <w:rPr>
                <w:lang w:val="es-AR"/>
              </w:rPr>
              <w:t>N/A</w:t>
            </w:r>
          </w:p>
        </w:tc>
        <w:tc>
          <w:tcPr>
            <w:tcW w:w="702" w:type="dxa"/>
          </w:tcPr>
          <w:p w14:paraId="2FDD63BC" w14:textId="77777777" w:rsidR="00C267E1" w:rsidRPr="00ED2954" w:rsidRDefault="00C267E1">
            <w:pPr>
              <w:rPr>
                <w:lang w:val="es-AR"/>
              </w:rPr>
            </w:pPr>
          </w:p>
        </w:tc>
        <w:tc>
          <w:tcPr>
            <w:tcW w:w="702" w:type="dxa"/>
          </w:tcPr>
          <w:p w14:paraId="5B47EF6C" w14:textId="77777777" w:rsidR="00C267E1" w:rsidRPr="00ED2954" w:rsidRDefault="00C267E1">
            <w:pPr>
              <w:rPr>
                <w:lang w:val="es-AR"/>
              </w:rPr>
            </w:pPr>
          </w:p>
        </w:tc>
        <w:tc>
          <w:tcPr>
            <w:tcW w:w="702" w:type="dxa"/>
          </w:tcPr>
          <w:p w14:paraId="71B8F10D" w14:textId="77777777" w:rsidR="00C267E1" w:rsidRPr="00ED2954" w:rsidRDefault="005150B2">
            <w:pPr>
              <w:rPr>
                <w:lang w:val="es-AR"/>
              </w:rPr>
            </w:pPr>
            <w:r w:rsidRPr="00ED2954">
              <w:rPr>
                <w:lang w:val="es-AR"/>
              </w:rPr>
              <w:t>N/A</w:t>
            </w:r>
          </w:p>
        </w:tc>
        <w:tc>
          <w:tcPr>
            <w:tcW w:w="702" w:type="dxa"/>
          </w:tcPr>
          <w:p w14:paraId="5F04725D" w14:textId="77777777" w:rsidR="00C267E1" w:rsidRPr="00ED2954" w:rsidRDefault="005150B2">
            <w:pPr>
              <w:rPr>
                <w:lang w:val="es-AR"/>
              </w:rPr>
            </w:pPr>
            <w:r w:rsidRPr="00ED2954">
              <w:rPr>
                <w:lang w:val="es-AR"/>
              </w:rPr>
              <w:t>N/A</w:t>
            </w:r>
          </w:p>
        </w:tc>
        <w:tc>
          <w:tcPr>
            <w:tcW w:w="1217" w:type="dxa"/>
          </w:tcPr>
          <w:p w14:paraId="48A43054" w14:textId="77777777" w:rsidR="00C267E1" w:rsidRPr="00ED2954" w:rsidRDefault="00C267E1">
            <w:pPr>
              <w:rPr>
                <w:lang w:val="es-AR"/>
              </w:rPr>
            </w:pPr>
          </w:p>
        </w:tc>
      </w:tr>
      <w:tr w:rsidR="00C267E1" w:rsidRPr="00ED2954" w14:paraId="2023B9D7" w14:textId="77777777" w:rsidTr="0024688B">
        <w:tc>
          <w:tcPr>
            <w:tcW w:w="1640" w:type="dxa"/>
          </w:tcPr>
          <w:p w14:paraId="4924024F" w14:textId="77777777" w:rsidR="00C267E1" w:rsidRPr="00ED2954" w:rsidRDefault="005150B2">
            <w:pPr>
              <w:rPr>
                <w:lang w:val="es-AR"/>
              </w:rPr>
            </w:pPr>
            <w:r w:rsidRPr="00ED2954">
              <w:rPr>
                <w:lang w:val="es-AR"/>
              </w:rPr>
              <w:t>Personal de Sistemas</w:t>
            </w:r>
          </w:p>
        </w:tc>
        <w:tc>
          <w:tcPr>
            <w:tcW w:w="859" w:type="dxa"/>
          </w:tcPr>
          <w:p w14:paraId="057974CF" w14:textId="77777777" w:rsidR="00C267E1" w:rsidRPr="00ED2954" w:rsidRDefault="00C267E1">
            <w:pPr>
              <w:rPr>
                <w:lang w:val="es-AR"/>
              </w:rPr>
            </w:pPr>
          </w:p>
        </w:tc>
        <w:tc>
          <w:tcPr>
            <w:tcW w:w="702" w:type="dxa"/>
          </w:tcPr>
          <w:p w14:paraId="1F82D017" w14:textId="77777777" w:rsidR="00C267E1" w:rsidRPr="00ED2954" w:rsidRDefault="00C267E1">
            <w:pPr>
              <w:rPr>
                <w:lang w:val="es-AR"/>
              </w:rPr>
            </w:pPr>
          </w:p>
        </w:tc>
        <w:tc>
          <w:tcPr>
            <w:tcW w:w="702" w:type="dxa"/>
          </w:tcPr>
          <w:p w14:paraId="7875C03E" w14:textId="77777777" w:rsidR="00C267E1" w:rsidRPr="00ED2954" w:rsidRDefault="005150B2">
            <w:pPr>
              <w:rPr>
                <w:lang w:val="es-AR"/>
              </w:rPr>
            </w:pPr>
            <w:r w:rsidRPr="00ED2954">
              <w:rPr>
                <w:lang w:val="es-AR"/>
              </w:rPr>
              <w:t>N/A</w:t>
            </w:r>
          </w:p>
        </w:tc>
        <w:tc>
          <w:tcPr>
            <w:tcW w:w="702" w:type="dxa"/>
          </w:tcPr>
          <w:p w14:paraId="585D0C13" w14:textId="77777777" w:rsidR="00C267E1" w:rsidRPr="00ED2954" w:rsidRDefault="005150B2">
            <w:pPr>
              <w:rPr>
                <w:lang w:val="es-AR"/>
              </w:rPr>
            </w:pPr>
            <w:r w:rsidRPr="00ED2954">
              <w:rPr>
                <w:lang w:val="es-AR"/>
              </w:rPr>
              <w:t>N/A</w:t>
            </w:r>
          </w:p>
        </w:tc>
        <w:tc>
          <w:tcPr>
            <w:tcW w:w="702" w:type="dxa"/>
          </w:tcPr>
          <w:p w14:paraId="04A510FE" w14:textId="77777777" w:rsidR="00C267E1" w:rsidRPr="00ED2954" w:rsidRDefault="00C267E1">
            <w:pPr>
              <w:rPr>
                <w:lang w:val="es-AR"/>
              </w:rPr>
            </w:pPr>
          </w:p>
        </w:tc>
        <w:tc>
          <w:tcPr>
            <w:tcW w:w="702" w:type="dxa"/>
          </w:tcPr>
          <w:p w14:paraId="4B899CD1" w14:textId="77777777" w:rsidR="00C267E1" w:rsidRPr="00ED2954" w:rsidRDefault="00C267E1">
            <w:pPr>
              <w:rPr>
                <w:lang w:val="es-AR"/>
              </w:rPr>
            </w:pPr>
          </w:p>
        </w:tc>
        <w:tc>
          <w:tcPr>
            <w:tcW w:w="702" w:type="dxa"/>
          </w:tcPr>
          <w:p w14:paraId="7951CEC5" w14:textId="77777777" w:rsidR="00C267E1" w:rsidRPr="00ED2954" w:rsidRDefault="005150B2">
            <w:pPr>
              <w:rPr>
                <w:lang w:val="es-AR"/>
              </w:rPr>
            </w:pPr>
            <w:r w:rsidRPr="00ED2954">
              <w:rPr>
                <w:lang w:val="es-AR"/>
              </w:rPr>
              <w:t>N/A</w:t>
            </w:r>
          </w:p>
        </w:tc>
        <w:tc>
          <w:tcPr>
            <w:tcW w:w="702" w:type="dxa"/>
          </w:tcPr>
          <w:p w14:paraId="52765B65" w14:textId="77777777" w:rsidR="00C267E1" w:rsidRPr="00ED2954" w:rsidRDefault="005150B2">
            <w:pPr>
              <w:rPr>
                <w:lang w:val="es-AR"/>
              </w:rPr>
            </w:pPr>
            <w:r w:rsidRPr="00ED2954">
              <w:rPr>
                <w:lang w:val="es-AR"/>
              </w:rPr>
              <w:t>N/A</w:t>
            </w:r>
          </w:p>
        </w:tc>
        <w:tc>
          <w:tcPr>
            <w:tcW w:w="1217" w:type="dxa"/>
          </w:tcPr>
          <w:p w14:paraId="219D0709" w14:textId="77777777" w:rsidR="00C267E1" w:rsidRPr="00ED2954" w:rsidRDefault="00C267E1">
            <w:pPr>
              <w:rPr>
                <w:lang w:val="es-AR"/>
              </w:rPr>
            </w:pPr>
          </w:p>
        </w:tc>
      </w:tr>
    </w:tbl>
    <w:p w14:paraId="159D3138" w14:textId="77777777" w:rsidR="00C267E1" w:rsidRPr="00ED2954" w:rsidRDefault="00C267E1">
      <w:pPr>
        <w:rPr>
          <w:lang w:val="es-AR"/>
        </w:rPr>
      </w:pPr>
    </w:p>
    <w:p w14:paraId="4A75E917" w14:textId="77777777" w:rsidR="00C267E1" w:rsidRPr="00944AE9" w:rsidRDefault="005150B2" w:rsidP="00944AE9">
      <w:pPr>
        <w:rPr>
          <w:b/>
          <w:bCs/>
          <w:lang w:val="es-AR"/>
        </w:rPr>
      </w:pPr>
      <w:r w:rsidRPr="00944AE9">
        <w:rPr>
          <w:b/>
          <w:bCs/>
          <w:lang w:val="es-AR"/>
        </w:rPr>
        <w:t>5. Tratamiento de Riesgos (Paso 6)</w:t>
      </w:r>
    </w:p>
    <w:p w14:paraId="6DD9E23B" w14:textId="77777777" w:rsidR="00810DEE" w:rsidRDefault="005150B2">
      <w:pPr>
        <w:rPr>
          <w:lang w:val="es-AR"/>
        </w:rPr>
      </w:pPr>
      <w:r w:rsidRPr="00ED2954">
        <w:rPr>
          <w:lang w:val="es-AR"/>
        </w:rPr>
        <w:t>El nivel de riesgo puede ser: Crítico &gt;4,5 / Alto 2,6-4,5 / Medio 1,0-2,5.</w:t>
      </w:r>
    </w:p>
    <w:p w14:paraId="17DD1EC6" w14:textId="77777777" w:rsidR="00810DEE" w:rsidRDefault="005150B2">
      <w:pPr>
        <w:rPr>
          <w:lang w:val="es-AR"/>
        </w:rPr>
      </w:pPr>
      <w:r w:rsidRPr="00ED2954">
        <w:rPr>
          <w:lang w:val="es-AR"/>
        </w:rPr>
        <w:t>Para los 5 riesgos más altos identificados (use los códigos R1 a R7 de la tabla de vulnerabilidades), proponga:</w:t>
      </w:r>
    </w:p>
    <w:p w14:paraId="4AB6CE7E" w14:textId="125396CB" w:rsidR="00810DEE" w:rsidRPr="00810DEE" w:rsidRDefault="005150B2" w:rsidP="004D36EC">
      <w:pPr>
        <w:pStyle w:val="Prrafodelista"/>
        <w:numPr>
          <w:ilvl w:val="0"/>
          <w:numId w:val="15"/>
        </w:numPr>
        <w:rPr>
          <w:lang w:val="es-AR"/>
        </w:rPr>
      </w:pPr>
      <w:r w:rsidRPr="00810DEE">
        <w:rPr>
          <w:lang w:val="es-AR"/>
        </w:rPr>
        <w:t xml:space="preserve">Estrategia de tratamiento (Transferir, Eliminar, Mitigar, </w:t>
      </w:r>
      <w:r w:rsidR="00E95F53">
        <w:rPr>
          <w:lang w:val="es-AR"/>
        </w:rPr>
        <w:t>Aceptar</w:t>
      </w:r>
      <w:r w:rsidRPr="00810DEE">
        <w:rPr>
          <w:lang w:val="es-AR"/>
        </w:rPr>
        <w:t>).</w:t>
      </w:r>
    </w:p>
    <w:p w14:paraId="304C3DA2" w14:textId="1900B915" w:rsidR="00810DEE" w:rsidRPr="00810DEE" w:rsidRDefault="00810DEE" w:rsidP="004D36EC">
      <w:pPr>
        <w:pStyle w:val="Prrafodelista"/>
        <w:numPr>
          <w:ilvl w:val="0"/>
          <w:numId w:val="15"/>
        </w:numPr>
        <w:rPr>
          <w:lang w:val="es-AR"/>
        </w:rPr>
      </w:pPr>
      <w:bookmarkStart w:id="2" w:name="_Hlk239629966"/>
      <w:r>
        <w:rPr>
          <w:lang w:val="es-AR"/>
        </w:rPr>
        <w:t>Una</w:t>
      </w:r>
      <w:r w:rsidR="005150B2" w:rsidRPr="00810DEE">
        <w:rPr>
          <w:lang w:val="es-AR"/>
        </w:rPr>
        <w:t xml:space="preserve"> medida de seguridad activa y </w:t>
      </w:r>
      <w:r>
        <w:rPr>
          <w:lang w:val="es-AR"/>
        </w:rPr>
        <w:t>una</w:t>
      </w:r>
      <w:r w:rsidR="005150B2" w:rsidRPr="00810DEE">
        <w:rPr>
          <w:lang w:val="es-AR"/>
        </w:rPr>
        <w:t xml:space="preserve"> medida pasiva que cierre la vulnerabilidad asociada.</w:t>
      </w:r>
      <w:bookmarkEnd w:id="2"/>
    </w:p>
    <w:p w14:paraId="287BF697" w14:textId="0D36247B" w:rsidR="00C267E1" w:rsidRPr="00810DEE" w:rsidRDefault="00810DEE" w:rsidP="004D36EC">
      <w:pPr>
        <w:pStyle w:val="Prrafodelista"/>
        <w:numPr>
          <w:ilvl w:val="0"/>
          <w:numId w:val="15"/>
        </w:numPr>
        <w:rPr>
          <w:lang w:val="es-AR"/>
        </w:rPr>
      </w:pPr>
      <w:r>
        <w:rPr>
          <w:lang w:val="es-AR"/>
        </w:rPr>
        <w:t>Una</w:t>
      </w:r>
      <w:r w:rsidR="005150B2" w:rsidRPr="00810DEE">
        <w:rPr>
          <w:lang w:val="es-AR"/>
        </w:rPr>
        <w:t xml:space="preserve"> </w:t>
      </w:r>
      <w:r>
        <w:rPr>
          <w:lang w:val="es-AR"/>
        </w:rPr>
        <w:t>p</w:t>
      </w:r>
      <w:r w:rsidR="005150B2" w:rsidRPr="00810DEE">
        <w:rPr>
          <w:lang w:val="es-AR"/>
        </w:rPr>
        <w:t>olítica de Seguridad para el riesgo más crítico.</w:t>
      </w:r>
    </w:p>
    <w:p w14:paraId="62349F8C" w14:textId="00B6141B" w:rsidR="00C267E1" w:rsidRDefault="00C267E1">
      <w:pPr>
        <w:rPr>
          <w:lang w:val="es-AR"/>
        </w:rPr>
      </w:pPr>
    </w:p>
    <w:p w14:paraId="642DF62C" w14:textId="5249CFD3" w:rsidR="006532EE" w:rsidRDefault="006532EE">
      <w:pPr>
        <w:rPr>
          <w:lang w:val="es-AR"/>
        </w:rPr>
      </w:pPr>
    </w:p>
    <w:p w14:paraId="74B6AEC9" w14:textId="71BE4B26" w:rsidR="006532EE" w:rsidRDefault="006532EE">
      <w:pPr>
        <w:rPr>
          <w:lang w:val="es-AR"/>
        </w:rPr>
      </w:pPr>
      <w:r>
        <w:rPr>
          <w:lang w:val="es-AR"/>
        </w:rPr>
        <w:br w:type="page"/>
      </w:r>
    </w:p>
    <w:p w14:paraId="6E779969" w14:textId="36AE2AD2" w:rsidR="006532EE" w:rsidRPr="00BD13C3" w:rsidRDefault="0024688B" w:rsidP="006532EE">
      <w:pPr>
        <w:jc w:val="both"/>
        <w:rPr>
          <w:b/>
          <w:bCs/>
          <w:sz w:val="24"/>
          <w:szCs w:val="24"/>
          <w:lang w:val="es-AR"/>
        </w:rPr>
      </w:pPr>
      <w:r>
        <w:rPr>
          <w:b/>
          <w:bCs/>
          <w:sz w:val="24"/>
          <w:szCs w:val="24"/>
          <w:lang w:val="es-AR"/>
        </w:rPr>
        <w:lastRenderedPageBreak/>
        <w:t xml:space="preserve">2. </w:t>
      </w:r>
      <w:r w:rsidR="006532EE" w:rsidRPr="00BD13C3">
        <w:rPr>
          <w:b/>
          <w:bCs/>
          <w:sz w:val="24"/>
          <w:szCs w:val="24"/>
          <w:lang w:val="es-AR"/>
        </w:rPr>
        <w:t>Análisis de Riesgo Semicuantitativo</w:t>
      </w:r>
    </w:p>
    <w:p w14:paraId="7D45377E" w14:textId="77777777" w:rsidR="006532EE" w:rsidRPr="00BD13C3" w:rsidRDefault="006532EE" w:rsidP="006532EE">
      <w:pPr>
        <w:jc w:val="both"/>
        <w:rPr>
          <w:b/>
          <w:bCs/>
          <w:lang w:val="es-AR"/>
        </w:rPr>
      </w:pPr>
      <w:r w:rsidRPr="00BD13C3">
        <w:rPr>
          <w:b/>
          <w:bCs/>
          <w:lang w:val="es-AR"/>
        </w:rPr>
        <w:t>Contexto</w:t>
      </w:r>
    </w:p>
    <w:p w14:paraId="636EE1C5" w14:textId="77777777" w:rsidR="006532EE" w:rsidRPr="00BD13C3" w:rsidRDefault="006532EE" w:rsidP="006532EE">
      <w:pPr>
        <w:jc w:val="both"/>
        <w:rPr>
          <w:lang w:val="es-AR"/>
        </w:rPr>
      </w:pPr>
      <w:r w:rsidRPr="00BD13C3">
        <w:rPr>
          <w:lang w:val="es-AR"/>
        </w:rPr>
        <w:t>ALTOS ANDES DISTRIBUIDORA S.R.L. - Centro de distribución en Alto Comedero, San Salvador de Jujuy.</w:t>
      </w:r>
    </w:p>
    <w:p w14:paraId="2FD82C4B" w14:textId="77777777" w:rsidR="006532EE" w:rsidRPr="00BD13C3" w:rsidRDefault="006532EE" w:rsidP="006532EE">
      <w:pPr>
        <w:jc w:val="both"/>
        <w:rPr>
          <w:lang w:val="es-AR"/>
        </w:rPr>
      </w:pPr>
      <w:r w:rsidRPr="00BD13C3">
        <w:rPr>
          <w:lang w:val="es-AR"/>
        </w:rPr>
        <w:t>Empresa familiar de 60 empleados, 15 años en el mercado, dedicada a la distribución mayorista de alimentos y bebidas en Quebrada y Puna. Factura $180 millones mensuales. Su principal capital es la base de datos de 1.200 clientes y las listas de precios diferenciales.</w:t>
      </w:r>
    </w:p>
    <w:p w14:paraId="1327F80A" w14:textId="77777777" w:rsidR="006532EE" w:rsidRDefault="006532EE" w:rsidP="006532EE">
      <w:pPr>
        <w:jc w:val="both"/>
        <w:rPr>
          <w:lang w:val="es-AR"/>
        </w:rPr>
      </w:pPr>
      <w:r w:rsidRPr="00BD13C3">
        <w:rPr>
          <w:lang w:val="es-AR"/>
        </w:rPr>
        <w:t>ORGANIZACIÓN POR ÁREAS:</w:t>
      </w:r>
    </w:p>
    <w:p w14:paraId="7F635359" w14:textId="77777777" w:rsidR="006532EE" w:rsidRPr="00BD13C3" w:rsidRDefault="006532EE" w:rsidP="006532EE">
      <w:pPr>
        <w:pStyle w:val="Prrafodelista"/>
        <w:numPr>
          <w:ilvl w:val="0"/>
          <w:numId w:val="11"/>
        </w:numPr>
        <w:jc w:val="both"/>
        <w:rPr>
          <w:lang w:val="es-AR"/>
        </w:rPr>
      </w:pPr>
      <w:r w:rsidRPr="00BD13C3">
        <w:rPr>
          <w:lang w:val="es-AR"/>
        </w:rPr>
        <w:t>Administración y Finanzas (6 empleados): facturación, cobranzas y pago a proveedores.</w:t>
      </w:r>
    </w:p>
    <w:p w14:paraId="2081749F" w14:textId="77777777" w:rsidR="006532EE" w:rsidRPr="00BD13C3" w:rsidRDefault="006532EE" w:rsidP="006532EE">
      <w:pPr>
        <w:pStyle w:val="Prrafodelista"/>
        <w:numPr>
          <w:ilvl w:val="0"/>
          <w:numId w:val="11"/>
        </w:numPr>
        <w:jc w:val="both"/>
        <w:rPr>
          <w:lang w:val="es-AR"/>
        </w:rPr>
      </w:pPr>
      <w:r w:rsidRPr="00BD13C3">
        <w:rPr>
          <w:lang w:val="es-AR"/>
        </w:rPr>
        <w:t>Logística y Depósito (30 empleados): control de stock y armado de pedidos.</w:t>
      </w:r>
    </w:p>
    <w:p w14:paraId="2163B1D5" w14:textId="77777777" w:rsidR="006532EE" w:rsidRPr="00BD13C3" w:rsidRDefault="006532EE" w:rsidP="006532EE">
      <w:pPr>
        <w:pStyle w:val="Prrafodelista"/>
        <w:numPr>
          <w:ilvl w:val="0"/>
          <w:numId w:val="11"/>
        </w:numPr>
        <w:jc w:val="both"/>
        <w:rPr>
          <w:lang w:val="es-AR"/>
        </w:rPr>
      </w:pPr>
      <w:r w:rsidRPr="00BD13C3">
        <w:rPr>
          <w:lang w:val="es-AR"/>
        </w:rPr>
        <w:t xml:space="preserve">Comercial (10 vendedores): recorren la provincia con </w:t>
      </w:r>
      <w:proofErr w:type="spellStart"/>
      <w:r w:rsidRPr="00BD13C3">
        <w:rPr>
          <w:lang w:val="es-AR"/>
        </w:rPr>
        <w:t>tablets</w:t>
      </w:r>
      <w:proofErr w:type="spellEnd"/>
      <w:r w:rsidRPr="00BD13C3">
        <w:rPr>
          <w:lang w:val="es-AR"/>
        </w:rPr>
        <w:t xml:space="preserve"> Android.</w:t>
      </w:r>
    </w:p>
    <w:p w14:paraId="08AA0974" w14:textId="77777777" w:rsidR="006532EE" w:rsidRPr="00BD13C3" w:rsidRDefault="006532EE" w:rsidP="006532EE">
      <w:pPr>
        <w:pStyle w:val="Prrafodelista"/>
        <w:numPr>
          <w:ilvl w:val="0"/>
          <w:numId w:val="11"/>
        </w:numPr>
        <w:jc w:val="both"/>
        <w:rPr>
          <w:lang w:val="es-AR"/>
        </w:rPr>
      </w:pPr>
      <w:r w:rsidRPr="00BD13C3">
        <w:rPr>
          <w:lang w:val="es-AR"/>
        </w:rPr>
        <w:t>Sistemas (2 empleados): soporte general.</w:t>
      </w:r>
    </w:p>
    <w:p w14:paraId="7E396F25" w14:textId="4365A193" w:rsidR="006532EE" w:rsidRDefault="006532EE" w:rsidP="006532EE">
      <w:pPr>
        <w:jc w:val="both"/>
        <w:rPr>
          <w:lang w:val="es-AR"/>
        </w:rPr>
      </w:pPr>
      <w:r w:rsidRPr="00BD13C3">
        <w:rPr>
          <w:lang w:val="es-AR"/>
        </w:rPr>
        <w:t>SITUACIÓN ACTUAL - VULNERABILIDADES DETECTADAS EN AUDITORÍA:</w:t>
      </w:r>
    </w:p>
    <w:p w14:paraId="7C69CDA2" w14:textId="77777777" w:rsidR="006532EE" w:rsidRPr="00BD13C3" w:rsidRDefault="006532EE" w:rsidP="006532EE">
      <w:pPr>
        <w:pStyle w:val="Prrafodelista"/>
        <w:numPr>
          <w:ilvl w:val="0"/>
          <w:numId w:val="12"/>
        </w:numPr>
        <w:jc w:val="both"/>
        <w:rPr>
          <w:lang w:val="es-AR"/>
        </w:rPr>
      </w:pPr>
      <w:r w:rsidRPr="00BD13C3">
        <w:rPr>
          <w:lang w:val="es-AR"/>
        </w:rPr>
        <w:t>Técnica: Servidor SRV-ERP01 con Windows Server 2016 sin parches desde 2022, sin antivirus corporativo. Rack en oficina de Administración junto a cajas de mercadería, sin detector de humo, sin extintor vigente y sin UPS.</w:t>
      </w:r>
    </w:p>
    <w:p w14:paraId="0202AEF9" w14:textId="77777777" w:rsidR="006532EE" w:rsidRPr="00BD13C3" w:rsidRDefault="006532EE" w:rsidP="006532EE">
      <w:pPr>
        <w:pStyle w:val="Prrafodelista"/>
        <w:numPr>
          <w:ilvl w:val="0"/>
          <w:numId w:val="12"/>
        </w:numPr>
        <w:jc w:val="both"/>
        <w:rPr>
          <w:lang w:val="es-AR"/>
        </w:rPr>
      </w:pPr>
      <w:r w:rsidRPr="00BD13C3">
        <w:rPr>
          <w:lang w:val="es-AR"/>
        </w:rPr>
        <w:t xml:space="preserve">Humana: Base de clientes en carpeta compartida sin clave accesible desde cualquier PC. Sin capacitación en seguridad. </w:t>
      </w:r>
      <w:proofErr w:type="spellStart"/>
      <w:r w:rsidRPr="00BD13C3">
        <w:rPr>
          <w:lang w:val="es-AR"/>
        </w:rPr>
        <w:t>Backup</w:t>
      </w:r>
      <w:proofErr w:type="spellEnd"/>
      <w:r w:rsidRPr="00BD13C3">
        <w:rPr>
          <w:lang w:val="es-AR"/>
        </w:rPr>
        <w:t xml:space="preserve"> diario a cuenta genérica de Google Drive sin cifrar compartida con 6 personas.</w:t>
      </w:r>
    </w:p>
    <w:p w14:paraId="3BFF4852" w14:textId="77777777" w:rsidR="006532EE" w:rsidRPr="00BD13C3" w:rsidRDefault="006532EE" w:rsidP="006532EE">
      <w:pPr>
        <w:pStyle w:val="Prrafodelista"/>
        <w:numPr>
          <w:ilvl w:val="0"/>
          <w:numId w:val="12"/>
        </w:numPr>
        <w:jc w:val="both"/>
        <w:rPr>
          <w:lang w:val="es-AR"/>
        </w:rPr>
      </w:pPr>
      <w:r w:rsidRPr="00BD13C3">
        <w:rPr>
          <w:lang w:val="es-AR"/>
        </w:rPr>
        <w:t xml:space="preserve">Física/Ambiental: Cortes de luz de 4-6 horas frecuentes en Alto Comedero que ya quemaron un </w:t>
      </w:r>
      <w:proofErr w:type="spellStart"/>
      <w:r w:rsidRPr="00BD13C3">
        <w:rPr>
          <w:lang w:val="es-AR"/>
        </w:rPr>
        <w:t>switch</w:t>
      </w:r>
      <w:proofErr w:type="spellEnd"/>
      <w:r w:rsidRPr="00BD13C3">
        <w:rPr>
          <w:lang w:val="es-AR"/>
        </w:rPr>
        <w:t>. Sin grupo electrógeno.</w:t>
      </w:r>
    </w:p>
    <w:p w14:paraId="4B863EAB" w14:textId="77777777" w:rsidR="006532EE" w:rsidRPr="00BD13C3" w:rsidRDefault="006532EE" w:rsidP="006532EE">
      <w:pPr>
        <w:pStyle w:val="Prrafodelista"/>
        <w:numPr>
          <w:ilvl w:val="0"/>
          <w:numId w:val="12"/>
        </w:numPr>
        <w:jc w:val="both"/>
        <w:rPr>
          <w:lang w:val="es-AR"/>
        </w:rPr>
      </w:pPr>
      <w:r w:rsidRPr="00BD13C3">
        <w:rPr>
          <w:lang w:val="es-AR"/>
        </w:rPr>
        <w:t xml:space="preserve">Organizativa: Red </w:t>
      </w:r>
      <w:proofErr w:type="spellStart"/>
      <w:r w:rsidRPr="00BD13C3">
        <w:rPr>
          <w:lang w:val="es-AR"/>
        </w:rPr>
        <w:t>WiFi</w:t>
      </w:r>
      <w:proofErr w:type="spellEnd"/>
      <w:r w:rsidRPr="00BD13C3">
        <w:rPr>
          <w:lang w:val="es-AR"/>
        </w:rPr>
        <w:t xml:space="preserve"> única y plana para administración, depósito e invitados, clave andes2023 escrita en papel en pared del depósito.</w:t>
      </w:r>
    </w:p>
    <w:p w14:paraId="781EFE89" w14:textId="77777777" w:rsidR="006532EE" w:rsidRPr="00BD13C3" w:rsidRDefault="006532EE" w:rsidP="006532EE">
      <w:pPr>
        <w:rPr>
          <w:b/>
          <w:bCs/>
          <w:lang w:val="es-AR"/>
        </w:rPr>
      </w:pPr>
      <w:r w:rsidRPr="00BD13C3">
        <w:rPr>
          <w:b/>
          <w:bCs/>
          <w:lang w:val="es-AR"/>
        </w:rPr>
        <w:t>Paso 1 - Definir el Alcance</w:t>
      </w:r>
    </w:p>
    <w:p w14:paraId="5817B47F" w14:textId="77777777" w:rsidR="006532EE" w:rsidRDefault="006532EE" w:rsidP="006532EE">
      <w:pPr>
        <w:jc w:val="both"/>
        <w:rPr>
          <w:lang w:val="es-AR"/>
        </w:rPr>
      </w:pPr>
      <w:r w:rsidRPr="00BD13C3">
        <w:rPr>
          <w:lang w:val="es-AR"/>
        </w:rPr>
        <w:t xml:space="preserve">El alcance se limita a UNA SOLA ÁREA: Área de Administración y Finanzas ubicada en el 1er piso del centro de distribución de Alto Comedero (incluye la </w:t>
      </w:r>
      <w:proofErr w:type="spellStart"/>
      <w:r w:rsidRPr="00BD13C3">
        <w:rPr>
          <w:lang w:val="es-AR"/>
        </w:rPr>
        <w:t>sub-oficina</w:t>
      </w:r>
      <w:proofErr w:type="spellEnd"/>
      <w:r w:rsidRPr="00BD13C3">
        <w:rPr>
          <w:lang w:val="es-AR"/>
        </w:rPr>
        <w:t xml:space="preserve"> de Sistemas que está físicamente dentro de la misma área).</w:t>
      </w:r>
    </w:p>
    <w:p w14:paraId="2074472D" w14:textId="77777777" w:rsidR="006532EE" w:rsidRPr="00BD13C3" w:rsidRDefault="006532EE" w:rsidP="006532EE">
      <w:pPr>
        <w:jc w:val="both"/>
        <w:rPr>
          <w:lang w:val="es-AR"/>
        </w:rPr>
      </w:pPr>
      <w:r w:rsidRPr="00BD13C3">
        <w:rPr>
          <w:lang w:val="es-AR"/>
        </w:rPr>
        <w:t>Quedan FUERA del alcance: Área Comercial (</w:t>
      </w:r>
      <w:proofErr w:type="spellStart"/>
      <w:r w:rsidRPr="00BD13C3">
        <w:rPr>
          <w:lang w:val="es-AR"/>
        </w:rPr>
        <w:t>tablets</w:t>
      </w:r>
      <w:proofErr w:type="spellEnd"/>
      <w:r w:rsidRPr="00BD13C3">
        <w:rPr>
          <w:lang w:val="es-AR"/>
        </w:rPr>
        <w:t xml:space="preserve"> de vendedores), Área de Logística y Depósito y flota de reparto.</w:t>
      </w:r>
    </w:p>
    <w:p w14:paraId="357A0613" w14:textId="77777777" w:rsidR="00317718" w:rsidRDefault="00317718">
      <w:pPr>
        <w:rPr>
          <w:b/>
          <w:bCs/>
          <w:lang w:val="es-AR"/>
        </w:rPr>
      </w:pPr>
      <w:r>
        <w:rPr>
          <w:b/>
          <w:bCs/>
          <w:lang w:val="es-AR"/>
        </w:rPr>
        <w:br w:type="page"/>
      </w:r>
    </w:p>
    <w:p w14:paraId="27DB576D" w14:textId="2CF45BFF" w:rsidR="006532EE" w:rsidRPr="00BD13C3" w:rsidRDefault="006532EE" w:rsidP="006532EE">
      <w:pPr>
        <w:rPr>
          <w:b/>
          <w:bCs/>
          <w:lang w:val="es-AR"/>
        </w:rPr>
      </w:pPr>
      <w:r w:rsidRPr="00BD13C3">
        <w:rPr>
          <w:b/>
          <w:bCs/>
          <w:lang w:val="es-AR"/>
        </w:rPr>
        <w:lastRenderedPageBreak/>
        <w:t>Paso 2 - Identificar Activos - RESUELTO</w:t>
      </w:r>
    </w:p>
    <w:p w14:paraId="24B5AE6A" w14:textId="77777777" w:rsidR="006532EE" w:rsidRPr="00BD13C3" w:rsidRDefault="006532EE" w:rsidP="006532EE">
      <w:pPr>
        <w:rPr>
          <w:lang w:val="es-AR"/>
        </w:rPr>
      </w:pPr>
      <w:r w:rsidRPr="00BD13C3">
        <w:rPr>
          <w:lang w:val="es-AR"/>
        </w:rPr>
        <w:t>Activos identificados dentro del Área de Administración y Finanzas.</w:t>
      </w:r>
    </w:p>
    <w:tbl>
      <w:tblPr>
        <w:tblStyle w:val="Tablaconcuadrcula"/>
        <w:tblW w:w="0" w:type="auto"/>
        <w:tblLook w:val="04A0" w:firstRow="1" w:lastRow="0" w:firstColumn="1" w:lastColumn="0" w:noHBand="0" w:noVBand="1"/>
      </w:tblPr>
      <w:tblGrid>
        <w:gridCol w:w="846"/>
        <w:gridCol w:w="2835"/>
        <w:gridCol w:w="1276"/>
        <w:gridCol w:w="3673"/>
      </w:tblGrid>
      <w:tr w:rsidR="006532EE" w:rsidRPr="00BD13C3" w14:paraId="1D129F6D" w14:textId="77777777" w:rsidTr="006532EE">
        <w:tc>
          <w:tcPr>
            <w:tcW w:w="846" w:type="dxa"/>
          </w:tcPr>
          <w:p w14:paraId="68F0ECBA" w14:textId="77777777" w:rsidR="006532EE" w:rsidRPr="00BD13C3" w:rsidRDefault="006532EE" w:rsidP="006532EE">
            <w:pPr>
              <w:rPr>
                <w:lang w:val="es-AR"/>
              </w:rPr>
            </w:pPr>
            <w:r w:rsidRPr="00BD13C3">
              <w:rPr>
                <w:b/>
                <w:lang w:val="es-AR"/>
              </w:rPr>
              <w:t>ID</w:t>
            </w:r>
          </w:p>
        </w:tc>
        <w:tc>
          <w:tcPr>
            <w:tcW w:w="2835" w:type="dxa"/>
          </w:tcPr>
          <w:p w14:paraId="7DB67BB3" w14:textId="77777777" w:rsidR="006532EE" w:rsidRPr="00BD13C3" w:rsidRDefault="006532EE" w:rsidP="006532EE">
            <w:pPr>
              <w:rPr>
                <w:lang w:val="es-AR"/>
              </w:rPr>
            </w:pPr>
            <w:r w:rsidRPr="00BD13C3">
              <w:rPr>
                <w:b/>
                <w:lang w:val="es-AR"/>
              </w:rPr>
              <w:t>Activo</w:t>
            </w:r>
          </w:p>
        </w:tc>
        <w:tc>
          <w:tcPr>
            <w:tcW w:w="1276" w:type="dxa"/>
          </w:tcPr>
          <w:p w14:paraId="5CB483F4" w14:textId="77777777" w:rsidR="006532EE" w:rsidRPr="00BD13C3" w:rsidRDefault="006532EE" w:rsidP="006532EE">
            <w:pPr>
              <w:rPr>
                <w:lang w:val="es-AR"/>
              </w:rPr>
            </w:pPr>
            <w:r w:rsidRPr="00BD13C3">
              <w:rPr>
                <w:b/>
                <w:lang w:val="es-AR"/>
              </w:rPr>
              <w:t>Categoría</w:t>
            </w:r>
          </w:p>
        </w:tc>
        <w:tc>
          <w:tcPr>
            <w:tcW w:w="3673" w:type="dxa"/>
          </w:tcPr>
          <w:p w14:paraId="14370049" w14:textId="77777777" w:rsidR="006532EE" w:rsidRPr="00BD13C3" w:rsidRDefault="006532EE" w:rsidP="006532EE">
            <w:pPr>
              <w:rPr>
                <w:lang w:val="es-AR"/>
              </w:rPr>
            </w:pPr>
            <w:r w:rsidRPr="00BD13C3">
              <w:rPr>
                <w:b/>
                <w:lang w:val="es-AR"/>
              </w:rPr>
              <w:t>Descripción</w:t>
            </w:r>
          </w:p>
        </w:tc>
      </w:tr>
      <w:tr w:rsidR="006532EE" w:rsidRPr="00BD13C3" w14:paraId="6E03FAA7" w14:textId="77777777" w:rsidTr="006532EE">
        <w:tc>
          <w:tcPr>
            <w:tcW w:w="846" w:type="dxa"/>
          </w:tcPr>
          <w:p w14:paraId="6E7AE732" w14:textId="77777777" w:rsidR="006532EE" w:rsidRPr="00BD13C3" w:rsidRDefault="006532EE" w:rsidP="006532EE">
            <w:pPr>
              <w:rPr>
                <w:lang w:val="es-AR"/>
              </w:rPr>
            </w:pPr>
            <w:r w:rsidRPr="00BD13C3">
              <w:rPr>
                <w:lang w:val="es-AR"/>
              </w:rPr>
              <w:t>A1</w:t>
            </w:r>
          </w:p>
        </w:tc>
        <w:tc>
          <w:tcPr>
            <w:tcW w:w="2835" w:type="dxa"/>
          </w:tcPr>
          <w:p w14:paraId="7C0457C1" w14:textId="77777777" w:rsidR="006532EE" w:rsidRPr="00BD13C3" w:rsidRDefault="006532EE" w:rsidP="006532EE">
            <w:pPr>
              <w:rPr>
                <w:lang w:val="es-AR"/>
              </w:rPr>
            </w:pPr>
            <w:r w:rsidRPr="00BD13C3">
              <w:rPr>
                <w:lang w:val="es-AR"/>
              </w:rPr>
              <w:t xml:space="preserve">ERP </w:t>
            </w:r>
            <w:proofErr w:type="spellStart"/>
            <w:r w:rsidRPr="00BD13C3">
              <w:rPr>
                <w:lang w:val="es-AR"/>
              </w:rPr>
              <w:t>DistriAndes</w:t>
            </w:r>
            <w:proofErr w:type="spellEnd"/>
          </w:p>
        </w:tc>
        <w:tc>
          <w:tcPr>
            <w:tcW w:w="1276" w:type="dxa"/>
          </w:tcPr>
          <w:p w14:paraId="4DA78B36" w14:textId="77777777" w:rsidR="006532EE" w:rsidRPr="00BD13C3" w:rsidRDefault="006532EE" w:rsidP="006532EE">
            <w:pPr>
              <w:rPr>
                <w:lang w:val="es-AR"/>
              </w:rPr>
            </w:pPr>
            <w:r w:rsidRPr="00BD13C3">
              <w:rPr>
                <w:lang w:val="es-AR"/>
              </w:rPr>
              <w:t>Software</w:t>
            </w:r>
          </w:p>
        </w:tc>
        <w:tc>
          <w:tcPr>
            <w:tcW w:w="3673" w:type="dxa"/>
          </w:tcPr>
          <w:p w14:paraId="2F947973" w14:textId="77777777" w:rsidR="006532EE" w:rsidRPr="00BD13C3" w:rsidRDefault="006532EE" w:rsidP="006532EE">
            <w:pPr>
              <w:rPr>
                <w:lang w:val="es-AR"/>
              </w:rPr>
            </w:pPr>
            <w:r w:rsidRPr="00BD13C3">
              <w:rPr>
                <w:lang w:val="es-AR"/>
              </w:rPr>
              <w:t>Facturación, stock y cuentas corrientes</w:t>
            </w:r>
          </w:p>
        </w:tc>
      </w:tr>
      <w:tr w:rsidR="006532EE" w:rsidRPr="00BD13C3" w14:paraId="4A807669" w14:textId="77777777" w:rsidTr="006532EE">
        <w:tc>
          <w:tcPr>
            <w:tcW w:w="846" w:type="dxa"/>
          </w:tcPr>
          <w:p w14:paraId="29B3DC9E" w14:textId="77777777" w:rsidR="006532EE" w:rsidRPr="00BD13C3" w:rsidRDefault="006532EE" w:rsidP="006532EE">
            <w:pPr>
              <w:rPr>
                <w:lang w:val="es-AR"/>
              </w:rPr>
            </w:pPr>
            <w:r w:rsidRPr="00BD13C3">
              <w:rPr>
                <w:lang w:val="es-AR"/>
              </w:rPr>
              <w:t>A2</w:t>
            </w:r>
          </w:p>
        </w:tc>
        <w:tc>
          <w:tcPr>
            <w:tcW w:w="2835" w:type="dxa"/>
          </w:tcPr>
          <w:p w14:paraId="74236E4A" w14:textId="77777777" w:rsidR="006532EE" w:rsidRPr="00BD13C3" w:rsidRDefault="006532EE" w:rsidP="006532EE">
            <w:pPr>
              <w:rPr>
                <w:lang w:val="es-AR"/>
              </w:rPr>
            </w:pPr>
            <w:r w:rsidRPr="00BD13C3">
              <w:rPr>
                <w:lang w:val="es-AR"/>
              </w:rPr>
              <w:t>SRV-ERP01</w:t>
            </w:r>
          </w:p>
        </w:tc>
        <w:tc>
          <w:tcPr>
            <w:tcW w:w="1276" w:type="dxa"/>
          </w:tcPr>
          <w:p w14:paraId="0E4B055F" w14:textId="77777777" w:rsidR="006532EE" w:rsidRPr="00BD13C3" w:rsidRDefault="006532EE" w:rsidP="006532EE">
            <w:pPr>
              <w:rPr>
                <w:lang w:val="es-AR"/>
              </w:rPr>
            </w:pPr>
            <w:r w:rsidRPr="00BD13C3">
              <w:rPr>
                <w:lang w:val="es-AR"/>
              </w:rPr>
              <w:t>Hardware</w:t>
            </w:r>
          </w:p>
        </w:tc>
        <w:tc>
          <w:tcPr>
            <w:tcW w:w="3673" w:type="dxa"/>
          </w:tcPr>
          <w:p w14:paraId="6F19C3FB" w14:textId="77777777" w:rsidR="006532EE" w:rsidRPr="00BD13C3" w:rsidRDefault="006532EE" w:rsidP="006532EE">
            <w:pPr>
              <w:rPr>
                <w:lang w:val="es-AR"/>
              </w:rPr>
            </w:pPr>
            <w:r w:rsidRPr="00BD13C3">
              <w:rPr>
                <w:lang w:val="es-AR"/>
              </w:rPr>
              <w:t>Servidor físico con BD SQL</w:t>
            </w:r>
          </w:p>
        </w:tc>
      </w:tr>
      <w:tr w:rsidR="006532EE" w:rsidRPr="00BD13C3" w14:paraId="1A1525DF" w14:textId="77777777" w:rsidTr="006532EE">
        <w:tc>
          <w:tcPr>
            <w:tcW w:w="846" w:type="dxa"/>
          </w:tcPr>
          <w:p w14:paraId="3D4B684C" w14:textId="77777777" w:rsidR="006532EE" w:rsidRPr="00BD13C3" w:rsidRDefault="006532EE" w:rsidP="006532EE">
            <w:pPr>
              <w:rPr>
                <w:lang w:val="es-AR"/>
              </w:rPr>
            </w:pPr>
            <w:r w:rsidRPr="00BD13C3">
              <w:rPr>
                <w:lang w:val="es-AR"/>
              </w:rPr>
              <w:t>A3</w:t>
            </w:r>
          </w:p>
        </w:tc>
        <w:tc>
          <w:tcPr>
            <w:tcW w:w="2835" w:type="dxa"/>
          </w:tcPr>
          <w:p w14:paraId="10ECF066" w14:textId="77777777" w:rsidR="006532EE" w:rsidRPr="00BD13C3" w:rsidRDefault="006532EE" w:rsidP="006532EE">
            <w:pPr>
              <w:rPr>
                <w:lang w:val="es-AR"/>
              </w:rPr>
            </w:pPr>
            <w:r w:rsidRPr="00BD13C3">
              <w:rPr>
                <w:lang w:val="es-AR"/>
              </w:rPr>
              <w:t>Base de clientes y listas</w:t>
            </w:r>
          </w:p>
        </w:tc>
        <w:tc>
          <w:tcPr>
            <w:tcW w:w="1276" w:type="dxa"/>
          </w:tcPr>
          <w:p w14:paraId="6CCF22CA" w14:textId="77777777" w:rsidR="006532EE" w:rsidRPr="00BD13C3" w:rsidRDefault="006532EE" w:rsidP="006532EE">
            <w:pPr>
              <w:rPr>
                <w:lang w:val="es-AR"/>
              </w:rPr>
            </w:pPr>
            <w:r w:rsidRPr="00BD13C3">
              <w:rPr>
                <w:lang w:val="es-AR"/>
              </w:rPr>
              <w:t>Datos</w:t>
            </w:r>
          </w:p>
        </w:tc>
        <w:tc>
          <w:tcPr>
            <w:tcW w:w="3673" w:type="dxa"/>
          </w:tcPr>
          <w:p w14:paraId="61767FE4" w14:textId="77777777" w:rsidR="006532EE" w:rsidRPr="00BD13C3" w:rsidRDefault="006532EE" w:rsidP="006532EE">
            <w:pPr>
              <w:rPr>
                <w:lang w:val="es-AR"/>
              </w:rPr>
            </w:pPr>
            <w:r w:rsidRPr="00BD13C3">
              <w:rPr>
                <w:lang w:val="es-AR"/>
              </w:rPr>
              <w:t>1.200 clientes, precios diferenciales - capital de la empresa</w:t>
            </w:r>
          </w:p>
        </w:tc>
      </w:tr>
      <w:tr w:rsidR="006532EE" w:rsidRPr="00BD13C3" w14:paraId="23B6FC90" w14:textId="77777777" w:rsidTr="006532EE">
        <w:tc>
          <w:tcPr>
            <w:tcW w:w="846" w:type="dxa"/>
          </w:tcPr>
          <w:p w14:paraId="385A9FE6" w14:textId="77777777" w:rsidR="006532EE" w:rsidRPr="00BD13C3" w:rsidRDefault="006532EE" w:rsidP="006532EE">
            <w:pPr>
              <w:rPr>
                <w:lang w:val="es-AR"/>
              </w:rPr>
            </w:pPr>
            <w:r w:rsidRPr="00BD13C3">
              <w:rPr>
                <w:lang w:val="es-AR"/>
              </w:rPr>
              <w:t>A4</w:t>
            </w:r>
          </w:p>
        </w:tc>
        <w:tc>
          <w:tcPr>
            <w:tcW w:w="2835" w:type="dxa"/>
          </w:tcPr>
          <w:p w14:paraId="07B503C3" w14:textId="77777777" w:rsidR="006532EE" w:rsidRPr="00BD13C3" w:rsidRDefault="006532EE" w:rsidP="006532EE">
            <w:pPr>
              <w:rPr>
                <w:lang w:val="es-AR"/>
              </w:rPr>
            </w:pPr>
            <w:r w:rsidRPr="00BD13C3">
              <w:rPr>
                <w:lang w:val="es-AR"/>
              </w:rPr>
              <w:t>Legajos y sueldos</w:t>
            </w:r>
          </w:p>
        </w:tc>
        <w:tc>
          <w:tcPr>
            <w:tcW w:w="1276" w:type="dxa"/>
          </w:tcPr>
          <w:p w14:paraId="465E1513" w14:textId="77777777" w:rsidR="006532EE" w:rsidRPr="00BD13C3" w:rsidRDefault="006532EE" w:rsidP="006532EE">
            <w:pPr>
              <w:rPr>
                <w:lang w:val="es-AR"/>
              </w:rPr>
            </w:pPr>
            <w:r w:rsidRPr="00BD13C3">
              <w:rPr>
                <w:lang w:val="es-AR"/>
              </w:rPr>
              <w:t>Datos</w:t>
            </w:r>
          </w:p>
        </w:tc>
        <w:tc>
          <w:tcPr>
            <w:tcW w:w="3673" w:type="dxa"/>
          </w:tcPr>
          <w:p w14:paraId="225B4D73" w14:textId="77777777" w:rsidR="006532EE" w:rsidRPr="00BD13C3" w:rsidRDefault="006532EE" w:rsidP="006532EE">
            <w:pPr>
              <w:rPr>
                <w:lang w:val="es-AR"/>
              </w:rPr>
            </w:pPr>
            <w:r w:rsidRPr="00BD13C3">
              <w:rPr>
                <w:lang w:val="es-AR"/>
              </w:rPr>
              <w:t>Excel con DNI, CBU, sueldos</w:t>
            </w:r>
          </w:p>
        </w:tc>
      </w:tr>
      <w:tr w:rsidR="006532EE" w:rsidRPr="00BD13C3" w14:paraId="41AF88D3" w14:textId="77777777" w:rsidTr="006532EE">
        <w:tc>
          <w:tcPr>
            <w:tcW w:w="846" w:type="dxa"/>
          </w:tcPr>
          <w:p w14:paraId="3E03D43D" w14:textId="77777777" w:rsidR="006532EE" w:rsidRPr="00BD13C3" w:rsidRDefault="006532EE" w:rsidP="006532EE">
            <w:pPr>
              <w:rPr>
                <w:lang w:val="es-AR"/>
              </w:rPr>
            </w:pPr>
            <w:r w:rsidRPr="00BD13C3">
              <w:rPr>
                <w:lang w:val="es-AR"/>
              </w:rPr>
              <w:t>A5</w:t>
            </w:r>
          </w:p>
        </w:tc>
        <w:tc>
          <w:tcPr>
            <w:tcW w:w="2835" w:type="dxa"/>
          </w:tcPr>
          <w:p w14:paraId="33F1FD48" w14:textId="77777777" w:rsidR="006532EE" w:rsidRPr="00BD13C3" w:rsidRDefault="006532EE" w:rsidP="006532EE">
            <w:pPr>
              <w:rPr>
                <w:lang w:val="es-AR"/>
              </w:rPr>
            </w:pPr>
            <w:proofErr w:type="spellStart"/>
            <w:r w:rsidRPr="00BD13C3">
              <w:rPr>
                <w:lang w:val="es-AR"/>
              </w:rPr>
              <w:t>Backup</w:t>
            </w:r>
            <w:proofErr w:type="spellEnd"/>
            <w:r w:rsidRPr="00BD13C3">
              <w:rPr>
                <w:lang w:val="es-AR"/>
              </w:rPr>
              <w:t xml:space="preserve"> en Google Drive</w:t>
            </w:r>
          </w:p>
        </w:tc>
        <w:tc>
          <w:tcPr>
            <w:tcW w:w="1276" w:type="dxa"/>
          </w:tcPr>
          <w:p w14:paraId="658E73D1" w14:textId="77777777" w:rsidR="006532EE" w:rsidRPr="00BD13C3" w:rsidRDefault="006532EE" w:rsidP="006532EE">
            <w:pPr>
              <w:rPr>
                <w:lang w:val="es-AR"/>
              </w:rPr>
            </w:pPr>
            <w:r w:rsidRPr="00BD13C3">
              <w:rPr>
                <w:lang w:val="es-AR"/>
              </w:rPr>
              <w:t>Datos</w:t>
            </w:r>
          </w:p>
        </w:tc>
        <w:tc>
          <w:tcPr>
            <w:tcW w:w="3673" w:type="dxa"/>
          </w:tcPr>
          <w:p w14:paraId="24FE0FC4" w14:textId="77777777" w:rsidR="006532EE" w:rsidRPr="00BD13C3" w:rsidRDefault="006532EE" w:rsidP="006532EE">
            <w:pPr>
              <w:rPr>
                <w:lang w:val="es-AR"/>
              </w:rPr>
            </w:pPr>
            <w:r w:rsidRPr="00BD13C3">
              <w:rPr>
                <w:lang w:val="es-AR"/>
              </w:rPr>
              <w:t>Respaldo diario sin cifrar en cuenta genérica</w:t>
            </w:r>
          </w:p>
        </w:tc>
      </w:tr>
      <w:tr w:rsidR="006532EE" w:rsidRPr="00BD13C3" w14:paraId="7E117928" w14:textId="77777777" w:rsidTr="006532EE">
        <w:tc>
          <w:tcPr>
            <w:tcW w:w="846" w:type="dxa"/>
          </w:tcPr>
          <w:p w14:paraId="0620F074" w14:textId="77777777" w:rsidR="006532EE" w:rsidRPr="00BD13C3" w:rsidRDefault="006532EE" w:rsidP="006532EE">
            <w:pPr>
              <w:rPr>
                <w:lang w:val="es-AR"/>
              </w:rPr>
            </w:pPr>
            <w:r w:rsidRPr="00BD13C3">
              <w:rPr>
                <w:lang w:val="es-AR"/>
              </w:rPr>
              <w:t>A6</w:t>
            </w:r>
          </w:p>
        </w:tc>
        <w:tc>
          <w:tcPr>
            <w:tcW w:w="2835" w:type="dxa"/>
          </w:tcPr>
          <w:p w14:paraId="38B557E6" w14:textId="77777777" w:rsidR="006532EE" w:rsidRPr="00BD13C3" w:rsidRDefault="006532EE" w:rsidP="006532EE">
            <w:pPr>
              <w:rPr>
                <w:lang w:val="es-AR"/>
              </w:rPr>
            </w:pPr>
            <w:r w:rsidRPr="00BD13C3">
              <w:rPr>
                <w:lang w:val="es-AR"/>
              </w:rPr>
              <w:t>Red LAN/</w:t>
            </w:r>
            <w:proofErr w:type="spellStart"/>
            <w:r w:rsidRPr="00BD13C3">
              <w:rPr>
                <w:lang w:val="es-AR"/>
              </w:rPr>
              <w:t>WiFi</w:t>
            </w:r>
            <w:proofErr w:type="spellEnd"/>
            <w:r w:rsidRPr="00BD13C3">
              <w:rPr>
                <w:lang w:val="es-AR"/>
              </w:rPr>
              <w:t xml:space="preserve"> </w:t>
            </w:r>
            <w:proofErr w:type="spellStart"/>
            <w:r w:rsidRPr="00BD13C3">
              <w:rPr>
                <w:lang w:val="es-AR"/>
              </w:rPr>
              <w:t>Admin</w:t>
            </w:r>
            <w:proofErr w:type="spellEnd"/>
          </w:p>
        </w:tc>
        <w:tc>
          <w:tcPr>
            <w:tcW w:w="1276" w:type="dxa"/>
          </w:tcPr>
          <w:p w14:paraId="1FF9F084" w14:textId="77777777" w:rsidR="006532EE" w:rsidRPr="00BD13C3" w:rsidRDefault="006532EE" w:rsidP="006532EE">
            <w:pPr>
              <w:rPr>
                <w:lang w:val="es-AR"/>
              </w:rPr>
            </w:pPr>
            <w:r w:rsidRPr="00BD13C3">
              <w:rPr>
                <w:lang w:val="es-AR"/>
              </w:rPr>
              <w:t>Red</w:t>
            </w:r>
          </w:p>
        </w:tc>
        <w:tc>
          <w:tcPr>
            <w:tcW w:w="3673" w:type="dxa"/>
          </w:tcPr>
          <w:p w14:paraId="528CC940" w14:textId="77777777" w:rsidR="006532EE" w:rsidRPr="00BD13C3" w:rsidRDefault="006532EE" w:rsidP="006532EE">
            <w:pPr>
              <w:rPr>
                <w:lang w:val="es-AR"/>
              </w:rPr>
            </w:pPr>
            <w:proofErr w:type="spellStart"/>
            <w:r w:rsidRPr="00BD13C3">
              <w:rPr>
                <w:lang w:val="es-AR"/>
              </w:rPr>
              <w:t>Switch</w:t>
            </w:r>
            <w:proofErr w:type="spellEnd"/>
            <w:r w:rsidRPr="00BD13C3">
              <w:rPr>
                <w:lang w:val="es-AR"/>
              </w:rPr>
              <w:t xml:space="preserve"> y </w:t>
            </w:r>
            <w:proofErr w:type="spellStart"/>
            <w:r w:rsidRPr="00BD13C3">
              <w:rPr>
                <w:lang w:val="es-AR"/>
              </w:rPr>
              <w:t>WiFi</w:t>
            </w:r>
            <w:proofErr w:type="spellEnd"/>
            <w:r w:rsidRPr="00BD13C3">
              <w:rPr>
                <w:lang w:val="es-AR"/>
              </w:rPr>
              <w:t xml:space="preserve"> 1er piso sin segmentación</w:t>
            </w:r>
          </w:p>
        </w:tc>
      </w:tr>
      <w:tr w:rsidR="006532EE" w:rsidRPr="00BD13C3" w14:paraId="0AD77D6E" w14:textId="77777777" w:rsidTr="006532EE">
        <w:tc>
          <w:tcPr>
            <w:tcW w:w="846" w:type="dxa"/>
          </w:tcPr>
          <w:p w14:paraId="7F61FCB9" w14:textId="77777777" w:rsidR="006532EE" w:rsidRPr="00BD13C3" w:rsidRDefault="006532EE" w:rsidP="006532EE">
            <w:pPr>
              <w:rPr>
                <w:lang w:val="es-AR"/>
              </w:rPr>
            </w:pPr>
            <w:r w:rsidRPr="00BD13C3">
              <w:rPr>
                <w:lang w:val="es-AR"/>
              </w:rPr>
              <w:t>A7</w:t>
            </w:r>
          </w:p>
        </w:tc>
        <w:tc>
          <w:tcPr>
            <w:tcW w:w="2835" w:type="dxa"/>
          </w:tcPr>
          <w:p w14:paraId="6D293586" w14:textId="77777777" w:rsidR="006532EE" w:rsidRPr="00BD13C3" w:rsidRDefault="006532EE" w:rsidP="006532EE">
            <w:pPr>
              <w:rPr>
                <w:lang w:val="es-AR"/>
              </w:rPr>
            </w:pPr>
            <w:r w:rsidRPr="00BD13C3">
              <w:rPr>
                <w:lang w:val="es-AR"/>
              </w:rPr>
              <w:t xml:space="preserve">Personal </w:t>
            </w:r>
            <w:proofErr w:type="spellStart"/>
            <w:r w:rsidRPr="00BD13C3">
              <w:rPr>
                <w:lang w:val="es-AR"/>
              </w:rPr>
              <w:t>Admin</w:t>
            </w:r>
            <w:proofErr w:type="spellEnd"/>
            <w:r w:rsidRPr="00BD13C3">
              <w:rPr>
                <w:lang w:val="es-AR"/>
              </w:rPr>
              <w:t xml:space="preserve"> y Sistemas</w:t>
            </w:r>
          </w:p>
        </w:tc>
        <w:tc>
          <w:tcPr>
            <w:tcW w:w="1276" w:type="dxa"/>
          </w:tcPr>
          <w:p w14:paraId="60F73A4F" w14:textId="77777777" w:rsidR="006532EE" w:rsidRPr="00BD13C3" w:rsidRDefault="006532EE" w:rsidP="006532EE">
            <w:pPr>
              <w:rPr>
                <w:lang w:val="es-AR"/>
              </w:rPr>
            </w:pPr>
            <w:r w:rsidRPr="00BD13C3">
              <w:rPr>
                <w:lang w:val="es-AR"/>
              </w:rPr>
              <w:t>Personal</w:t>
            </w:r>
          </w:p>
        </w:tc>
        <w:tc>
          <w:tcPr>
            <w:tcW w:w="3673" w:type="dxa"/>
          </w:tcPr>
          <w:p w14:paraId="0784C072" w14:textId="77777777" w:rsidR="006532EE" w:rsidRPr="00BD13C3" w:rsidRDefault="006532EE" w:rsidP="006532EE">
            <w:pPr>
              <w:rPr>
                <w:lang w:val="es-AR"/>
              </w:rPr>
            </w:pPr>
            <w:r w:rsidRPr="00BD13C3">
              <w:rPr>
                <w:lang w:val="es-AR"/>
              </w:rPr>
              <w:t xml:space="preserve">6 </w:t>
            </w:r>
            <w:proofErr w:type="spellStart"/>
            <w:r w:rsidRPr="00BD13C3">
              <w:rPr>
                <w:lang w:val="es-AR"/>
              </w:rPr>
              <w:t>Admin</w:t>
            </w:r>
            <w:proofErr w:type="spellEnd"/>
            <w:r w:rsidRPr="00BD13C3">
              <w:rPr>
                <w:lang w:val="es-AR"/>
              </w:rPr>
              <w:t xml:space="preserve"> + 2 Sistemas con acceso privilegiado</w:t>
            </w:r>
          </w:p>
        </w:tc>
      </w:tr>
    </w:tbl>
    <w:p w14:paraId="07F3984A" w14:textId="77777777" w:rsidR="006532EE" w:rsidRPr="00BD13C3" w:rsidRDefault="006532EE" w:rsidP="006532EE">
      <w:pPr>
        <w:rPr>
          <w:lang w:val="es-AR"/>
        </w:rPr>
      </w:pPr>
    </w:p>
    <w:p w14:paraId="2726129F" w14:textId="77777777" w:rsidR="006532EE" w:rsidRPr="00F822E5" w:rsidRDefault="006532EE" w:rsidP="006532EE">
      <w:pPr>
        <w:rPr>
          <w:b/>
          <w:bCs/>
          <w:lang w:val="es-AR"/>
        </w:rPr>
      </w:pPr>
      <w:r w:rsidRPr="00F822E5">
        <w:rPr>
          <w:b/>
          <w:bCs/>
          <w:lang w:val="es-AR"/>
        </w:rPr>
        <w:t>Paso 3 y 4 - Amenazas, Vulnerabilidades y Controles - RESUELTO</w:t>
      </w:r>
    </w:p>
    <w:p w14:paraId="7AA51907" w14:textId="77777777" w:rsidR="006532EE" w:rsidRPr="00BD13C3" w:rsidRDefault="006532EE" w:rsidP="006532EE">
      <w:pPr>
        <w:rPr>
          <w:lang w:val="es-AR"/>
        </w:rPr>
      </w:pPr>
      <w:r w:rsidRPr="00BD13C3">
        <w:rPr>
          <w:lang w:val="es-AR"/>
        </w:rPr>
        <w:t>Con Código de Riesgo R1 a R7 para poder referenciar en Paso 5.</w:t>
      </w:r>
    </w:p>
    <w:tbl>
      <w:tblPr>
        <w:tblStyle w:val="Tablaconcuadrcula"/>
        <w:tblW w:w="0" w:type="auto"/>
        <w:tblLook w:val="04A0" w:firstRow="1" w:lastRow="0" w:firstColumn="1" w:lastColumn="0" w:noHBand="0" w:noVBand="1"/>
      </w:tblPr>
      <w:tblGrid>
        <w:gridCol w:w="1699"/>
        <w:gridCol w:w="1703"/>
        <w:gridCol w:w="1718"/>
        <w:gridCol w:w="1792"/>
        <w:gridCol w:w="1718"/>
      </w:tblGrid>
      <w:tr w:rsidR="006532EE" w:rsidRPr="00BD13C3" w14:paraId="62540601" w14:textId="77777777" w:rsidTr="006532EE">
        <w:tc>
          <w:tcPr>
            <w:tcW w:w="1728" w:type="dxa"/>
          </w:tcPr>
          <w:p w14:paraId="2ABE1562" w14:textId="77777777" w:rsidR="006532EE" w:rsidRPr="00BD13C3" w:rsidRDefault="006532EE" w:rsidP="006532EE">
            <w:pPr>
              <w:rPr>
                <w:lang w:val="es-AR"/>
              </w:rPr>
            </w:pPr>
            <w:r w:rsidRPr="00BD13C3">
              <w:rPr>
                <w:b/>
                <w:lang w:val="es-AR"/>
              </w:rPr>
              <w:t>Código Riesgo</w:t>
            </w:r>
          </w:p>
        </w:tc>
        <w:tc>
          <w:tcPr>
            <w:tcW w:w="1728" w:type="dxa"/>
          </w:tcPr>
          <w:p w14:paraId="5947238C" w14:textId="77777777" w:rsidR="006532EE" w:rsidRPr="00BD13C3" w:rsidRDefault="006532EE" w:rsidP="006532EE">
            <w:pPr>
              <w:rPr>
                <w:lang w:val="es-AR"/>
              </w:rPr>
            </w:pPr>
            <w:r w:rsidRPr="00BD13C3">
              <w:rPr>
                <w:b/>
                <w:lang w:val="es-AR"/>
              </w:rPr>
              <w:t>Activo</w:t>
            </w:r>
          </w:p>
        </w:tc>
        <w:tc>
          <w:tcPr>
            <w:tcW w:w="1728" w:type="dxa"/>
          </w:tcPr>
          <w:p w14:paraId="192B8EA0" w14:textId="77777777" w:rsidR="006532EE" w:rsidRPr="00BD13C3" w:rsidRDefault="006532EE" w:rsidP="006532EE">
            <w:pPr>
              <w:rPr>
                <w:lang w:val="es-AR"/>
              </w:rPr>
            </w:pPr>
            <w:r w:rsidRPr="00BD13C3">
              <w:rPr>
                <w:b/>
                <w:lang w:val="es-AR"/>
              </w:rPr>
              <w:t>Amenaza</w:t>
            </w:r>
          </w:p>
        </w:tc>
        <w:tc>
          <w:tcPr>
            <w:tcW w:w="1728" w:type="dxa"/>
          </w:tcPr>
          <w:p w14:paraId="370B3EA8" w14:textId="77777777" w:rsidR="006532EE" w:rsidRPr="00BD13C3" w:rsidRDefault="006532EE" w:rsidP="006532EE">
            <w:pPr>
              <w:rPr>
                <w:lang w:val="es-AR"/>
              </w:rPr>
            </w:pPr>
            <w:r w:rsidRPr="00BD13C3">
              <w:rPr>
                <w:b/>
                <w:lang w:val="es-AR"/>
              </w:rPr>
              <w:t>Vulnerabilidad</w:t>
            </w:r>
          </w:p>
        </w:tc>
        <w:tc>
          <w:tcPr>
            <w:tcW w:w="1728" w:type="dxa"/>
          </w:tcPr>
          <w:p w14:paraId="456F8527" w14:textId="77777777" w:rsidR="006532EE" w:rsidRPr="00BD13C3" w:rsidRDefault="006532EE" w:rsidP="006532EE">
            <w:pPr>
              <w:rPr>
                <w:lang w:val="es-AR"/>
              </w:rPr>
            </w:pPr>
            <w:r w:rsidRPr="00BD13C3">
              <w:rPr>
                <w:b/>
                <w:lang w:val="es-AR"/>
              </w:rPr>
              <w:t>Control existente</w:t>
            </w:r>
          </w:p>
        </w:tc>
      </w:tr>
      <w:tr w:rsidR="006532EE" w:rsidRPr="00BD13C3" w14:paraId="6BC3D97D" w14:textId="77777777" w:rsidTr="006532EE">
        <w:tc>
          <w:tcPr>
            <w:tcW w:w="1728" w:type="dxa"/>
          </w:tcPr>
          <w:p w14:paraId="4C77303A" w14:textId="77777777" w:rsidR="006532EE" w:rsidRPr="00BD13C3" w:rsidRDefault="006532EE" w:rsidP="006532EE">
            <w:pPr>
              <w:rPr>
                <w:lang w:val="es-AR"/>
              </w:rPr>
            </w:pPr>
            <w:r w:rsidRPr="00BD13C3">
              <w:rPr>
                <w:lang w:val="es-AR"/>
              </w:rPr>
              <w:t>R1</w:t>
            </w:r>
          </w:p>
        </w:tc>
        <w:tc>
          <w:tcPr>
            <w:tcW w:w="1728" w:type="dxa"/>
          </w:tcPr>
          <w:p w14:paraId="1381EF13" w14:textId="77777777" w:rsidR="006532EE" w:rsidRPr="00BD13C3" w:rsidRDefault="006532EE" w:rsidP="006532EE">
            <w:pPr>
              <w:rPr>
                <w:lang w:val="es-AR"/>
              </w:rPr>
            </w:pPr>
            <w:r w:rsidRPr="00BD13C3">
              <w:rPr>
                <w:lang w:val="es-AR"/>
              </w:rPr>
              <w:t>A2 - SRV-ERP01</w:t>
            </w:r>
          </w:p>
        </w:tc>
        <w:tc>
          <w:tcPr>
            <w:tcW w:w="1728" w:type="dxa"/>
          </w:tcPr>
          <w:p w14:paraId="7ABD62BF" w14:textId="77777777" w:rsidR="006532EE" w:rsidRPr="00BD13C3" w:rsidRDefault="006532EE" w:rsidP="006532EE">
            <w:pPr>
              <w:rPr>
                <w:lang w:val="es-AR"/>
              </w:rPr>
            </w:pPr>
            <w:proofErr w:type="spellStart"/>
            <w:r w:rsidRPr="00BD13C3">
              <w:rPr>
                <w:lang w:val="es-AR"/>
              </w:rPr>
              <w:t>Ransomware</w:t>
            </w:r>
            <w:proofErr w:type="spellEnd"/>
          </w:p>
        </w:tc>
        <w:tc>
          <w:tcPr>
            <w:tcW w:w="1728" w:type="dxa"/>
          </w:tcPr>
          <w:p w14:paraId="4E823817" w14:textId="77777777" w:rsidR="006532EE" w:rsidRPr="00BD13C3" w:rsidRDefault="006532EE" w:rsidP="006532EE">
            <w:pPr>
              <w:rPr>
                <w:lang w:val="es-AR"/>
              </w:rPr>
            </w:pPr>
            <w:r w:rsidRPr="00BD13C3">
              <w:rPr>
                <w:lang w:val="es-AR"/>
              </w:rPr>
              <w:t>Windows Server 2016 sin parches desde 2022, sin AV corporativo</w:t>
            </w:r>
          </w:p>
        </w:tc>
        <w:tc>
          <w:tcPr>
            <w:tcW w:w="1728" w:type="dxa"/>
          </w:tcPr>
          <w:p w14:paraId="74AEAA30" w14:textId="77777777" w:rsidR="006532EE" w:rsidRPr="00BD13C3" w:rsidRDefault="006532EE" w:rsidP="006532EE">
            <w:pPr>
              <w:rPr>
                <w:lang w:val="es-AR"/>
              </w:rPr>
            </w:pPr>
            <w:r w:rsidRPr="00BD13C3">
              <w:rPr>
                <w:lang w:val="es-AR"/>
              </w:rPr>
              <w:t>Defender sin licencia</w:t>
            </w:r>
          </w:p>
        </w:tc>
      </w:tr>
      <w:tr w:rsidR="006532EE" w:rsidRPr="00BD13C3" w14:paraId="78427A89" w14:textId="77777777" w:rsidTr="006532EE">
        <w:tc>
          <w:tcPr>
            <w:tcW w:w="1728" w:type="dxa"/>
          </w:tcPr>
          <w:p w14:paraId="537B7989" w14:textId="77777777" w:rsidR="006532EE" w:rsidRPr="00BD13C3" w:rsidRDefault="006532EE" w:rsidP="006532EE">
            <w:pPr>
              <w:rPr>
                <w:lang w:val="es-AR"/>
              </w:rPr>
            </w:pPr>
            <w:r w:rsidRPr="00BD13C3">
              <w:rPr>
                <w:lang w:val="es-AR"/>
              </w:rPr>
              <w:t>R2</w:t>
            </w:r>
          </w:p>
        </w:tc>
        <w:tc>
          <w:tcPr>
            <w:tcW w:w="1728" w:type="dxa"/>
          </w:tcPr>
          <w:p w14:paraId="42F2509D" w14:textId="77777777" w:rsidR="006532EE" w:rsidRPr="00BD13C3" w:rsidRDefault="006532EE" w:rsidP="006532EE">
            <w:pPr>
              <w:rPr>
                <w:lang w:val="es-AR"/>
              </w:rPr>
            </w:pPr>
            <w:r w:rsidRPr="00BD13C3">
              <w:rPr>
                <w:lang w:val="es-AR"/>
              </w:rPr>
              <w:t xml:space="preserve">A5 - </w:t>
            </w:r>
            <w:proofErr w:type="spellStart"/>
            <w:r w:rsidRPr="00BD13C3">
              <w:rPr>
                <w:lang w:val="es-AR"/>
              </w:rPr>
              <w:t>Backup</w:t>
            </w:r>
            <w:proofErr w:type="spellEnd"/>
          </w:p>
        </w:tc>
        <w:tc>
          <w:tcPr>
            <w:tcW w:w="1728" w:type="dxa"/>
          </w:tcPr>
          <w:p w14:paraId="650B7AB0" w14:textId="77777777" w:rsidR="006532EE" w:rsidRPr="00BD13C3" w:rsidRDefault="006532EE" w:rsidP="006532EE">
            <w:pPr>
              <w:rPr>
                <w:lang w:val="es-AR"/>
              </w:rPr>
            </w:pPr>
            <w:r w:rsidRPr="00BD13C3">
              <w:rPr>
                <w:lang w:val="es-AR"/>
              </w:rPr>
              <w:t>Fuga de información</w:t>
            </w:r>
          </w:p>
        </w:tc>
        <w:tc>
          <w:tcPr>
            <w:tcW w:w="1728" w:type="dxa"/>
          </w:tcPr>
          <w:p w14:paraId="046EA21C" w14:textId="77777777" w:rsidR="006532EE" w:rsidRPr="00BD13C3" w:rsidRDefault="006532EE" w:rsidP="006532EE">
            <w:pPr>
              <w:rPr>
                <w:lang w:val="es-AR"/>
              </w:rPr>
            </w:pPr>
            <w:proofErr w:type="spellStart"/>
            <w:r w:rsidRPr="00BD13C3">
              <w:rPr>
                <w:lang w:val="es-AR"/>
              </w:rPr>
              <w:t>Backup</w:t>
            </w:r>
            <w:proofErr w:type="spellEnd"/>
            <w:r w:rsidRPr="00BD13C3">
              <w:rPr>
                <w:lang w:val="es-AR"/>
              </w:rPr>
              <w:t xml:space="preserve"> Drive sin cifrar cuenta genérica con 6 personas</w:t>
            </w:r>
          </w:p>
        </w:tc>
        <w:tc>
          <w:tcPr>
            <w:tcW w:w="1728" w:type="dxa"/>
          </w:tcPr>
          <w:p w14:paraId="234DBC6E" w14:textId="77777777" w:rsidR="006532EE" w:rsidRPr="00BD13C3" w:rsidRDefault="006532EE" w:rsidP="006532EE">
            <w:pPr>
              <w:rPr>
                <w:lang w:val="es-AR"/>
              </w:rPr>
            </w:pPr>
            <w:r w:rsidRPr="00BD13C3">
              <w:rPr>
                <w:lang w:val="es-AR"/>
              </w:rPr>
              <w:t>Ninguno</w:t>
            </w:r>
          </w:p>
        </w:tc>
      </w:tr>
      <w:tr w:rsidR="006532EE" w:rsidRPr="00BD13C3" w14:paraId="74A476B7" w14:textId="77777777" w:rsidTr="006532EE">
        <w:tc>
          <w:tcPr>
            <w:tcW w:w="1728" w:type="dxa"/>
          </w:tcPr>
          <w:p w14:paraId="2963CAEA" w14:textId="77777777" w:rsidR="006532EE" w:rsidRPr="00BD13C3" w:rsidRDefault="006532EE" w:rsidP="006532EE">
            <w:pPr>
              <w:rPr>
                <w:lang w:val="es-AR"/>
              </w:rPr>
            </w:pPr>
            <w:r w:rsidRPr="00BD13C3">
              <w:rPr>
                <w:lang w:val="es-AR"/>
              </w:rPr>
              <w:t>R3</w:t>
            </w:r>
          </w:p>
        </w:tc>
        <w:tc>
          <w:tcPr>
            <w:tcW w:w="1728" w:type="dxa"/>
          </w:tcPr>
          <w:p w14:paraId="746C3145" w14:textId="77777777" w:rsidR="006532EE" w:rsidRPr="00BD13C3" w:rsidRDefault="006532EE" w:rsidP="006532EE">
            <w:pPr>
              <w:rPr>
                <w:lang w:val="es-AR"/>
              </w:rPr>
            </w:pPr>
            <w:r w:rsidRPr="00BD13C3">
              <w:rPr>
                <w:lang w:val="es-AR"/>
              </w:rPr>
              <w:t>A6 - Red</w:t>
            </w:r>
          </w:p>
        </w:tc>
        <w:tc>
          <w:tcPr>
            <w:tcW w:w="1728" w:type="dxa"/>
          </w:tcPr>
          <w:p w14:paraId="75AB2218" w14:textId="77777777" w:rsidR="006532EE" w:rsidRPr="00BD13C3" w:rsidRDefault="006532EE" w:rsidP="006532EE">
            <w:pPr>
              <w:rPr>
                <w:lang w:val="es-AR"/>
              </w:rPr>
            </w:pPr>
            <w:r w:rsidRPr="00BD13C3">
              <w:rPr>
                <w:lang w:val="es-AR"/>
              </w:rPr>
              <w:t>Acceso no autorizado</w:t>
            </w:r>
          </w:p>
        </w:tc>
        <w:tc>
          <w:tcPr>
            <w:tcW w:w="1728" w:type="dxa"/>
          </w:tcPr>
          <w:p w14:paraId="4147E0A4" w14:textId="77777777" w:rsidR="006532EE" w:rsidRPr="00BD13C3" w:rsidRDefault="006532EE" w:rsidP="006532EE">
            <w:pPr>
              <w:rPr>
                <w:lang w:val="es-AR"/>
              </w:rPr>
            </w:pPr>
            <w:r w:rsidRPr="00BD13C3">
              <w:rPr>
                <w:lang w:val="es-AR"/>
              </w:rPr>
              <w:t xml:space="preserve">Red plana única </w:t>
            </w:r>
            <w:proofErr w:type="spellStart"/>
            <w:r w:rsidRPr="00BD13C3">
              <w:rPr>
                <w:lang w:val="es-AR"/>
              </w:rPr>
              <w:t>admin</w:t>
            </w:r>
            <w:proofErr w:type="spellEnd"/>
            <w:r w:rsidRPr="00BD13C3">
              <w:rPr>
                <w:lang w:val="es-AR"/>
              </w:rPr>
              <w:t>/invitados clave andes2023 en papel</w:t>
            </w:r>
          </w:p>
        </w:tc>
        <w:tc>
          <w:tcPr>
            <w:tcW w:w="1728" w:type="dxa"/>
          </w:tcPr>
          <w:p w14:paraId="7D81B909" w14:textId="77777777" w:rsidR="006532EE" w:rsidRPr="00BD13C3" w:rsidRDefault="006532EE" w:rsidP="006532EE">
            <w:pPr>
              <w:rPr>
                <w:lang w:val="es-AR"/>
              </w:rPr>
            </w:pPr>
            <w:r w:rsidRPr="00BD13C3">
              <w:rPr>
                <w:lang w:val="es-AR"/>
              </w:rPr>
              <w:t>Ninguno</w:t>
            </w:r>
          </w:p>
        </w:tc>
      </w:tr>
      <w:tr w:rsidR="006532EE" w:rsidRPr="00BD13C3" w14:paraId="633FAE47" w14:textId="77777777" w:rsidTr="006532EE">
        <w:tc>
          <w:tcPr>
            <w:tcW w:w="1728" w:type="dxa"/>
          </w:tcPr>
          <w:p w14:paraId="646B52C6" w14:textId="77777777" w:rsidR="006532EE" w:rsidRPr="00BD13C3" w:rsidRDefault="006532EE" w:rsidP="006532EE">
            <w:pPr>
              <w:rPr>
                <w:lang w:val="es-AR"/>
              </w:rPr>
            </w:pPr>
            <w:r w:rsidRPr="00BD13C3">
              <w:rPr>
                <w:lang w:val="es-AR"/>
              </w:rPr>
              <w:t>R4</w:t>
            </w:r>
          </w:p>
        </w:tc>
        <w:tc>
          <w:tcPr>
            <w:tcW w:w="1728" w:type="dxa"/>
          </w:tcPr>
          <w:p w14:paraId="04535F5C" w14:textId="77777777" w:rsidR="006532EE" w:rsidRPr="00BD13C3" w:rsidRDefault="006532EE" w:rsidP="006532EE">
            <w:pPr>
              <w:rPr>
                <w:lang w:val="es-AR"/>
              </w:rPr>
            </w:pPr>
            <w:r w:rsidRPr="00BD13C3">
              <w:rPr>
                <w:lang w:val="es-AR"/>
              </w:rPr>
              <w:t>A3 - Base clientes</w:t>
            </w:r>
          </w:p>
        </w:tc>
        <w:tc>
          <w:tcPr>
            <w:tcW w:w="1728" w:type="dxa"/>
          </w:tcPr>
          <w:p w14:paraId="0D7DEF58" w14:textId="77777777" w:rsidR="006532EE" w:rsidRPr="00BD13C3" w:rsidRDefault="006532EE" w:rsidP="006532EE">
            <w:pPr>
              <w:rPr>
                <w:lang w:val="es-AR"/>
              </w:rPr>
            </w:pPr>
            <w:r w:rsidRPr="00BD13C3">
              <w:rPr>
                <w:lang w:val="es-AR"/>
              </w:rPr>
              <w:t>Divulgación</w:t>
            </w:r>
          </w:p>
        </w:tc>
        <w:tc>
          <w:tcPr>
            <w:tcW w:w="1728" w:type="dxa"/>
          </w:tcPr>
          <w:p w14:paraId="3353A8CF" w14:textId="77777777" w:rsidR="006532EE" w:rsidRPr="00BD13C3" w:rsidRDefault="006532EE" w:rsidP="006532EE">
            <w:pPr>
              <w:rPr>
                <w:lang w:val="es-AR"/>
              </w:rPr>
            </w:pPr>
            <w:r w:rsidRPr="00BD13C3">
              <w:rPr>
                <w:lang w:val="es-AR"/>
              </w:rPr>
              <w:t>Base sin cifrar en carpeta compartida sin clave</w:t>
            </w:r>
          </w:p>
        </w:tc>
        <w:tc>
          <w:tcPr>
            <w:tcW w:w="1728" w:type="dxa"/>
          </w:tcPr>
          <w:p w14:paraId="2B7FDCA0" w14:textId="77777777" w:rsidR="006532EE" w:rsidRPr="00BD13C3" w:rsidRDefault="006532EE" w:rsidP="006532EE">
            <w:pPr>
              <w:rPr>
                <w:lang w:val="es-AR"/>
              </w:rPr>
            </w:pPr>
            <w:r w:rsidRPr="00BD13C3">
              <w:rPr>
                <w:lang w:val="es-AR"/>
              </w:rPr>
              <w:t>Ninguno</w:t>
            </w:r>
          </w:p>
        </w:tc>
      </w:tr>
      <w:tr w:rsidR="006532EE" w:rsidRPr="00BD13C3" w14:paraId="413752EA" w14:textId="77777777" w:rsidTr="006532EE">
        <w:tc>
          <w:tcPr>
            <w:tcW w:w="1728" w:type="dxa"/>
          </w:tcPr>
          <w:p w14:paraId="1D0DD6ED" w14:textId="77777777" w:rsidR="006532EE" w:rsidRPr="00BD13C3" w:rsidRDefault="006532EE" w:rsidP="006532EE">
            <w:pPr>
              <w:rPr>
                <w:lang w:val="es-AR"/>
              </w:rPr>
            </w:pPr>
            <w:r w:rsidRPr="00BD13C3">
              <w:rPr>
                <w:lang w:val="es-AR"/>
              </w:rPr>
              <w:t>R5</w:t>
            </w:r>
          </w:p>
        </w:tc>
        <w:tc>
          <w:tcPr>
            <w:tcW w:w="1728" w:type="dxa"/>
          </w:tcPr>
          <w:p w14:paraId="36FB029D" w14:textId="77777777" w:rsidR="006532EE" w:rsidRPr="00BD13C3" w:rsidRDefault="006532EE" w:rsidP="006532EE">
            <w:pPr>
              <w:rPr>
                <w:lang w:val="es-AR"/>
              </w:rPr>
            </w:pPr>
            <w:r w:rsidRPr="00BD13C3">
              <w:rPr>
                <w:lang w:val="es-AR"/>
              </w:rPr>
              <w:t>A7 - Personal</w:t>
            </w:r>
          </w:p>
        </w:tc>
        <w:tc>
          <w:tcPr>
            <w:tcW w:w="1728" w:type="dxa"/>
          </w:tcPr>
          <w:p w14:paraId="56A00392" w14:textId="77777777" w:rsidR="006532EE" w:rsidRPr="00BD13C3" w:rsidRDefault="006532EE" w:rsidP="006532EE">
            <w:pPr>
              <w:rPr>
                <w:lang w:val="es-AR"/>
              </w:rPr>
            </w:pPr>
            <w:r w:rsidRPr="00BD13C3">
              <w:rPr>
                <w:lang w:val="es-AR"/>
              </w:rPr>
              <w:t>Error humano</w:t>
            </w:r>
          </w:p>
        </w:tc>
        <w:tc>
          <w:tcPr>
            <w:tcW w:w="1728" w:type="dxa"/>
          </w:tcPr>
          <w:p w14:paraId="53B5DD44" w14:textId="77777777" w:rsidR="006532EE" w:rsidRPr="00BD13C3" w:rsidRDefault="006532EE" w:rsidP="006532EE">
            <w:pPr>
              <w:rPr>
                <w:lang w:val="es-AR"/>
              </w:rPr>
            </w:pPr>
            <w:r w:rsidRPr="00BD13C3">
              <w:rPr>
                <w:lang w:val="es-AR"/>
              </w:rPr>
              <w:t>Sin capacitación ni validación en ERP</w:t>
            </w:r>
          </w:p>
        </w:tc>
        <w:tc>
          <w:tcPr>
            <w:tcW w:w="1728" w:type="dxa"/>
          </w:tcPr>
          <w:p w14:paraId="02F662C2" w14:textId="77777777" w:rsidR="006532EE" w:rsidRPr="00BD13C3" w:rsidRDefault="006532EE" w:rsidP="006532EE">
            <w:pPr>
              <w:rPr>
                <w:lang w:val="es-AR"/>
              </w:rPr>
            </w:pPr>
            <w:r w:rsidRPr="00BD13C3">
              <w:rPr>
                <w:lang w:val="es-AR"/>
              </w:rPr>
              <w:t>Control manual jefe</w:t>
            </w:r>
          </w:p>
        </w:tc>
      </w:tr>
      <w:tr w:rsidR="006532EE" w:rsidRPr="00BD13C3" w14:paraId="5B2E4EE9" w14:textId="77777777" w:rsidTr="006532EE">
        <w:tc>
          <w:tcPr>
            <w:tcW w:w="1728" w:type="dxa"/>
          </w:tcPr>
          <w:p w14:paraId="0274BBD2" w14:textId="77777777" w:rsidR="006532EE" w:rsidRPr="00BD13C3" w:rsidRDefault="006532EE" w:rsidP="006532EE">
            <w:pPr>
              <w:rPr>
                <w:lang w:val="es-AR"/>
              </w:rPr>
            </w:pPr>
            <w:r w:rsidRPr="00BD13C3">
              <w:rPr>
                <w:lang w:val="es-AR"/>
              </w:rPr>
              <w:t>R6</w:t>
            </w:r>
          </w:p>
        </w:tc>
        <w:tc>
          <w:tcPr>
            <w:tcW w:w="1728" w:type="dxa"/>
          </w:tcPr>
          <w:p w14:paraId="5356257B" w14:textId="77777777" w:rsidR="006532EE" w:rsidRPr="00BD13C3" w:rsidRDefault="006532EE" w:rsidP="006532EE">
            <w:pPr>
              <w:rPr>
                <w:lang w:val="es-AR"/>
              </w:rPr>
            </w:pPr>
            <w:r w:rsidRPr="00BD13C3">
              <w:rPr>
                <w:lang w:val="es-AR"/>
              </w:rPr>
              <w:t>A2 - SRV-ERP01</w:t>
            </w:r>
          </w:p>
        </w:tc>
        <w:tc>
          <w:tcPr>
            <w:tcW w:w="1728" w:type="dxa"/>
          </w:tcPr>
          <w:p w14:paraId="2AE8B063" w14:textId="77777777" w:rsidR="006532EE" w:rsidRPr="00BD13C3" w:rsidRDefault="006532EE" w:rsidP="006532EE">
            <w:pPr>
              <w:rPr>
                <w:lang w:val="es-AR"/>
              </w:rPr>
            </w:pPr>
            <w:r w:rsidRPr="00BD13C3">
              <w:rPr>
                <w:lang w:val="es-AR"/>
              </w:rPr>
              <w:t>Corte energía / Falla</w:t>
            </w:r>
          </w:p>
        </w:tc>
        <w:tc>
          <w:tcPr>
            <w:tcW w:w="1728" w:type="dxa"/>
          </w:tcPr>
          <w:p w14:paraId="3BC38222" w14:textId="77777777" w:rsidR="006532EE" w:rsidRPr="00BD13C3" w:rsidRDefault="006532EE" w:rsidP="006532EE">
            <w:pPr>
              <w:rPr>
                <w:lang w:val="es-AR"/>
              </w:rPr>
            </w:pPr>
            <w:r w:rsidRPr="00BD13C3">
              <w:rPr>
                <w:lang w:val="es-AR"/>
              </w:rPr>
              <w:t>Sin UPS, sin grupo, rack junto a cajas</w:t>
            </w:r>
          </w:p>
        </w:tc>
        <w:tc>
          <w:tcPr>
            <w:tcW w:w="1728" w:type="dxa"/>
          </w:tcPr>
          <w:p w14:paraId="566426B8" w14:textId="77777777" w:rsidR="006532EE" w:rsidRPr="00BD13C3" w:rsidRDefault="006532EE" w:rsidP="006532EE">
            <w:pPr>
              <w:rPr>
                <w:lang w:val="es-AR"/>
              </w:rPr>
            </w:pPr>
            <w:r w:rsidRPr="00BD13C3">
              <w:rPr>
                <w:lang w:val="es-AR"/>
              </w:rPr>
              <w:t>Estabilizador hogareño</w:t>
            </w:r>
          </w:p>
        </w:tc>
      </w:tr>
      <w:tr w:rsidR="006532EE" w:rsidRPr="00BD13C3" w14:paraId="63D29D09" w14:textId="77777777" w:rsidTr="006532EE">
        <w:tc>
          <w:tcPr>
            <w:tcW w:w="1728" w:type="dxa"/>
          </w:tcPr>
          <w:p w14:paraId="1A963A55" w14:textId="77777777" w:rsidR="006532EE" w:rsidRPr="00BD13C3" w:rsidRDefault="006532EE" w:rsidP="006532EE">
            <w:pPr>
              <w:rPr>
                <w:lang w:val="es-AR"/>
              </w:rPr>
            </w:pPr>
            <w:r w:rsidRPr="00BD13C3">
              <w:rPr>
                <w:lang w:val="es-AR"/>
              </w:rPr>
              <w:lastRenderedPageBreak/>
              <w:t>R7</w:t>
            </w:r>
          </w:p>
        </w:tc>
        <w:tc>
          <w:tcPr>
            <w:tcW w:w="1728" w:type="dxa"/>
          </w:tcPr>
          <w:p w14:paraId="104881C2" w14:textId="77777777" w:rsidR="006532EE" w:rsidRPr="00BD13C3" w:rsidRDefault="006532EE" w:rsidP="006532EE">
            <w:pPr>
              <w:rPr>
                <w:lang w:val="es-AR"/>
              </w:rPr>
            </w:pPr>
            <w:r w:rsidRPr="00BD13C3">
              <w:rPr>
                <w:lang w:val="es-AR"/>
              </w:rPr>
              <w:t>A2 - SRV-ERP01</w:t>
            </w:r>
          </w:p>
        </w:tc>
        <w:tc>
          <w:tcPr>
            <w:tcW w:w="1728" w:type="dxa"/>
          </w:tcPr>
          <w:p w14:paraId="48A6AFC4" w14:textId="77777777" w:rsidR="006532EE" w:rsidRPr="00BD13C3" w:rsidRDefault="006532EE" w:rsidP="006532EE">
            <w:pPr>
              <w:rPr>
                <w:lang w:val="es-AR"/>
              </w:rPr>
            </w:pPr>
            <w:r w:rsidRPr="00BD13C3">
              <w:rPr>
                <w:lang w:val="es-AR"/>
              </w:rPr>
              <w:t>Incendio</w:t>
            </w:r>
          </w:p>
        </w:tc>
        <w:tc>
          <w:tcPr>
            <w:tcW w:w="1728" w:type="dxa"/>
          </w:tcPr>
          <w:p w14:paraId="3DB1C633" w14:textId="77777777" w:rsidR="006532EE" w:rsidRPr="00BD13C3" w:rsidRDefault="006532EE" w:rsidP="006532EE">
            <w:pPr>
              <w:rPr>
                <w:lang w:val="es-AR"/>
              </w:rPr>
            </w:pPr>
            <w:r w:rsidRPr="00BD13C3">
              <w:rPr>
                <w:lang w:val="es-AR"/>
              </w:rPr>
              <w:t>Sin detector humo, sin extintor vigente</w:t>
            </w:r>
          </w:p>
        </w:tc>
        <w:tc>
          <w:tcPr>
            <w:tcW w:w="1728" w:type="dxa"/>
          </w:tcPr>
          <w:p w14:paraId="680D5DC1" w14:textId="77777777" w:rsidR="006532EE" w:rsidRPr="00BD13C3" w:rsidRDefault="006532EE" w:rsidP="006532EE">
            <w:pPr>
              <w:rPr>
                <w:lang w:val="es-AR"/>
              </w:rPr>
            </w:pPr>
            <w:r w:rsidRPr="00BD13C3">
              <w:rPr>
                <w:lang w:val="es-AR"/>
              </w:rPr>
              <w:t>Ninguno</w:t>
            </w:r>
          </w:p>
        </w:tc>
      </w:tr>
    </w:tbl>
    <w:p w14:paraId="21DF6000" w14:textId="77777777" w:rsidR="006532EE" w:rsidRPr="00BD13C3" w:rsidRDefault="006532EE" w:rsidP="006532EE">
      <w:pPr>
        <w:rPr>
          <w:lang w:val="es-AR"/>
        </w:rPr>
      </w:pPr>
    </w:p>
    <w:p w14:paraId="1172B1E6" w14:textId="77777777" w:rsidR="006532EE" w:rsidRPr="00F822E5" w:rsidRDefault="006532EE" w:rsidP="006532EE">
      <w:pPr>
        <w:rPr>
          <w:b/>
          <w:bCs/>
          <w:lang w:val="es-AR"/>
        </w:rPr>
      </w:pPr>
      <w:r w:rsidRPr="00F822E5">
        <w:rPr>
          <w:b/>
          <w:bCs/>
          <w:lang w:val="es-AR"/>
        </w:rPr>
        <w:t xml:space="preserve">Paso 5 - Evaluar el Riesgo </w:t>
      </w:r>
    </w:p>
    <w:p w14:paraId="781F8C7C" w14:textId="77777777" w:rsidR="006532EE" w:rsidRDefault="006532EE" w:rsidP="006532EE">
      <w:pPr>
        <w:rPr>
          <w:lang w:val="es-AR"/>
        </w:rPr>
      </w:pPr>
      <w:r w:rsidRPr="00BD13C3">
        <w:rPr>
          <w:lang w:val="es-AR"/>
        </w:rPr>
        <w:t>Fórmula:</w:t>
      </w:r>
      <w:r>
        <w:rPr>
          <w:lang w:val="es-AR"/>
        </w:rPr>
        <w:t xml:space="preserve"> </w:t>
      </w:r>
      <w:r w:rsidRPr="00F822E5">
        <w:rPr>
          <w:b/>
          <w:bCs/>
          <w:lang w:val="es-AR"/>
        </w:rPr>
        <w:t>Riesgo = Probabilidad x Impacto</w:t>
      </w:r>
      <w:r w:rsidRPr="00BD13C3">
        <w:rPr>
          <w:lang w:val="es-AR"/>
        </w:rPr>
        <w:t>.</w:t>
      </w:r>
    </w:p>
    <w:p w14:paraId="6D5D5945" w14:textId="77777777" w:rsidR="006532EE" w:rsidRPr="00BD13C3" w:rsidRDefault="006532EE" w:rsidP="006532EE">
      <w:pPr>
        <w:rPr>
          <w:lang w:val="es-AR"/>
        </w:rPr>
      </w:pPr>
      <w:r>
        <w:rPr>
          <w:lang w:val="es-AR"/>
        </w:rPr>
        <w:t>Se hará uso de la siguiente matriz.</w:t>
      </w:r>
    </w:p>
    <w:p w14:paraId="31369F62" w14:textId="77777777" w:rsidR="006532EE" w:rsidRPr="00BD13C3" w:rsidRDefault="006532EE" w:rsidP="006532EE">
      <w:pPr>
        <w:rPr>
          <w:lang w:val="es-AR"/>
        </w:rPr>
      </w:pPr>
      <w:r w:rsidRPr="00BD13C3">
        <w:rPr>
          <w:noProof/>
          <w:lang w:val="es-AR"/>
        </w:rPr>
        <w:drawing>
          <wp:inline distT="0" distB="0" distL="0" distR="0" wp14:anchorId="1D5312C7" wp14:editId="47B1A07B">
            <wp:extent cx="4165600" cy="3101261"/>
            <wp:effectExtent l="0" t="0" r="635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27b61a.png"/>
                    <pic:cNvPicPr/>
                  </pic:nvPicPr>
                  <pic:blipFill>
                    <a:blip r:embed="rId8"/>
                    <a:stretch>
                      <a:fillRect/>
                    </a:stretch>
                  </pic:blipFill>
                  <pic:spPr>
                    <a:xfrm>
                      <a:off x="0" y="0"/>
                      <a:ext cx="4182754" cy="3114032"/>
                    </a:xfrm>
                    <a:prstGeom prst="rect">
                      <a:avLst/>
                    </a:prstGeom>
                  </pic:spPr>
                </pic:pic>
              </a:graphicData>
            </a:graphic>
          </wp:inline>
        </w:drawing>
      </w:r>
    </w:p>
    <w:p w14:paraId="178D3B0F" w14:textId="77777777" w:rsidR="006532EE" w:rsidRPr="00BD13C3" w:rsidRDefault="006532EE" w:rsidP="006532EE">
      <w:pPr>
        <w:rPr>
          <w:lang w:val="es-AR"/>
        </w:rPr>
      </w:pPr>
      <w:r w:rsidRPr="00BD13C3">
        <w:rPr>
          <w:lang w:val="es-AR"/>
        </w:rPr>
        <w:t>Leyenda: * Bajo (verde) | ** Moderado (amarillo claro) | *** Importante (naranja) | **** Intolerable (rojo)</w:t>
      </w:r>
    </w:p>
    <w:tbl>
      <w:tblPr>
        <w:tblStyle w:val="Tablaconcuadrcula"/>
        <w:tblW w:w="0" w:type="auto"/>
        <w:tblLook w:val="04A0" w:firstRow="1" w:lastRow="0" w:firstColumn="1" w:lastColumn="0" w:noHBand="0" w:noVBand="1"/>
      </w:tblPr>
      <w:tblGrid>
        <w:gridCol w:w="2877"/>
        <w:gridCol w:w="2877"/>
        <w:gridCol w:w="2876"/>
      </w:tblGrid>
      <w:tr w:rsidR="006532EE" w:rsidRPr="00BD13C3" w14:paraId="78701365" w14:textId="77777777" w:rsidTr="00317718">
        <w:tc>
          <w:tcPr>
            <w:tcW w:w="2877" w:type="dxa"/>
          </w:tcPr>
          <w:p w14:paraId="72B407F6" w14:textId="77777777" w:rsidR="006532EE" w:rsidRPr="00BD13C3" w:rsidRDefault="006532EE" w:rsidP="006532EE">
            <w:pPr>
              <w:rPr>
                <w:lang w:val="es-AR"/>
              </w:rPr>
            </w:pPr>
            <w:r w:rsidRPr="00BD13C3">
              <w:rPr>
                <w:b/>
                <w:lang w:val="es-AR"/>
              </w:rPr>
              <w:t>Probabilidad</w:t>
            </w:r>
          </w:p>
        </w:tc>
        <w:tc>
          <w:tcPr>
            <w:tcW w:w="2877" w:type="dxa"/>
          </w:tcPr>
          <w:p w14:paraId="7FA252C3" w14:textId="77777777" w:rsidR="006532EE" w:rsidRPr="00BD13C3" w:rsidRDefault="006532EE" w:rsidP="006532EE">
            <w:pPr>
              <w:rPr>
                <w:lang w:val="es-AR"/>
              </w:rPr>
            </w:pPr>
            <w:r w:rsidRPr="00BD13C3">
              <w:rPr>
                <w:b/>
                <w:lang w:val="es-AR"/>
              </w:rPr>
              <w:t>Definición</w:t>
            </w:r>
          </w:p>
        </w:tc>
        <w:tc>
          <w:tcPr>
            <w:tcW w:w="2876" w:type="dxa"/>
          </w:tcPr>
          <w:p w14:paraId="114E0059" w14:textId="77777777" w:rsidR="006532EE" w:rsidRPr="00BD13C3" w:rsidRDefault="006532EE" w:rsidP="006532EE">
            <w:pPr>
              <w:rPr>
                <w:lang w:val="es-AR"/>
              </w:rPr>
            </w:pPr>
            <w:r w:rsidRPr="00BD13C3">
              <w:rPr>
                <w:b/>
                <w:lang w:val="es-AR"/>
              </w:rPr>
              <w:t>Frecuencia</w:t>
            </w:r>
          </w:p>
        </w:tc>
      </w:tr>
      <w:tr w:rsidR="006532EE" w:rsidRPr="00BD13C3" w14:paraId="3E19FC94" w14:textId="77777777" w:rsidTr="00317718">
        <w:tc>
          <w:tcPr>
            <w:tcW w:w="2877" w:type="dxa"/>
          </w:tcPr>
          <w:p w14:paraId="7EA50B50" w14:textId="77777777" w:rsidR="006532EE" w:rsidRPr="00BD13C3" w:rsidRDefault="006532EE" w:rsidP="006532EE">
            <w:pPr>
              <w:rPr>
                <w:lang w:val="es-AR"/>
              </w:rPr>
            </w:pPr>
            <w:r w:rsidRPr="00BD13C3">
              <w:rPr>
                <w:lang w:val="es-AR"/>
              </w:rPr>
              <w:t>Frecuente</w:t>
            </w:r>
          </w:p>
        </w:tc>
        <w:tc>
          <w:tcPr>
            <w:tcW w:w="2877" w:type="dxa"/>
          </w:tcPr>
          <w:p w14:paraId="1CB0058F" w14:textId="77777777" w:rsidR="006532EE" w:rsidRPr="00BD13C3" w:rsidRDefault="006532EE" w:rsidP="006532EE">
            <w:pPr>
              <w:rPr>
                <w:lang w:val="es-AR"/>
              </w:rPr>
            </w:pPr>
            <w:r w:rsidRPr="00BD13C3">
              <w:rPr>
                <w:lang w:val="es-AR"/>
              </w:rPr>
              <w:t>Ocurre continuamente</w:t>
            </w:r>
          </w:p>
        </w:tc>
        <w:tc>
          <w:tcPr>
            <w:tcW w:w="2876" w:type="dxa"/>
          </w:tcPr>
          <w:p w14:paraId="27D1FE6A" w14:textId="77777777" w:rsidR="006532EE" w:rsidRPr="00BD13C3" w:rsidRDefault="006532EE" w:rsidP="006532EE">
            <w:pPr>
              <w:rPr>
                <w:lang w:val="es-AR"/>
              </w:rPr>
            </w:pPr>
            <w:r w:rsidRPr="00BD13C3">
              <w:rPr>
                <w:lang w:val="es-AR"/>
              </w:rPr>
              <w:t>&gt;1 vez por mes</w:t>
            </w:r>
          </w:p>
        </w:tc>
      </w:tr>
      <w:tr w:rsidR="006532EE" w:rsidRPr="00BD13C3" w14:paraId="1BC140F3" w14:textId="77777777" w:rsidTr="00317718">
        <w:tc>
          <w:tcPr>
            <w:tcW w:w="2877" w:type="dxa"/>
          </w:tcPr>
          <w:p w14:paraId="05FB8BF7" w14:textId="77777777" w:rsidR="006532EE" w:rsidRPr="00BD13C3" w:rsidRDefault="006532EE" w:rsidP="006532EE">
            <w:pPr>
              <w:rPr>
                <w:lang w:val="es-AR"/>
              </w:rPr>
            </w:pPr>
            <w:r w:rsidRPr="00BD13C3">
              <w:rPr>
                <w:lang w:val="es-AR"/>
              </w:rPr>
              <w:t>Probable</w:t>
            </w:r>
          </w:p>
        </w:tc>
        <w:tc>
          <w:tcPr>
            <w:tcW w:w="2877" w:type="dxa"/>
          </w:tcPr>
          <w:p w14:paraId="1E35402D" w14:textId="77777777" w:rsidR="006532EE" w:rsidRPr="00BD13C3" w:rsidRDefault="006532EE" w:rsidP="006532EE">
            <w:pPr>
              <w:rPr>
                <w:lang w:val="es-AR"/>
              </w:rPr>
            </w:pPr>
            <w:r w:rsidRPr="00BD13C3">
              <w:rPr>
                <w:lang w:val="es-AR"/>
              </w:rPr>
              <w:t>Ha ocurrido y es probable</w:t>
            </w:r>
          </w:p>
        </w:tc>
        <w:tc>
          <w:tcPr>
            <w:tcW w:w="2876" w:type="dxa"/>
          </w:tcPr>
          <w:p w14:paraId="7BEBAFB9" w14:textId="77777777" w:rsidR="006532EE" w:rsidRPr="00BD13C3" w:rsidRDefault="006532EE" w:rsidP="006532EE">
            <w:pPr>
              <w:rPr>
                <w:lang w:val="es-AR"/>
              </w:rPr>
            </w:pPr>
            <w:r w:rsidRPr="00BD13C3">
              <w:rPr>
                <w:lang w:val="es-AR"/>
              </w:rPr>
              <w:t>Cada 1-6 meses</w:t>
            </w:r>
          </w:p>
        </w:tc>
      </w:tr>
      <w:tr w:rsidR="006532EE" w:rsidRPr="00BD13C3" w14:paraId="38F9D872" w14:textId="77777777" w:rsidTr="00317718">
        <w:tc>
          <w:tcPr>
            <w:tcW w:w="2877" w:type="dxa"/>
          </w:tcPr>
          <w:p w14:paraId="5FE55DC0" w14:textId="77777777" w:rsidR="006532EE" w:rsidRPr="00BD13C3" w:rsidRDefault="006532EE" w:rsidP="006532EE">
            <w:pPr>
              <w:rPr>
                <w:lang w:val="es-AR"/>
              </w:rPr>
            </w:pPr>
            <w:r w:rsidRPr="00BD13C3">
              <w:rPr>
                <w:lang w:val="es-AR"/>
              </w:rPr>
              <w:t>Ocasional</w:t>
            </w:r>
          </w:p>
        </w:tc>
        <w:tc>
          <w:tcPr>
            <w:tcW w:w="2877" w:type="dxa"/>
          </w:tcPr>
          <w:p w14:paraId="7D4A86C8" w14:textId="77777777" w:rsidR="006532EE" w:rsidRPr="00BD13C3" w:rsidRDefault="006532EE" w:rsidP="006532EE">
            <w:pPr>
              <w:rPr>
                <w:lang w:val="es-AR"/>
              </w:rPr>
            </w:pPr>
            <w:r w:rsidRPr="00BD13C3">
              <w:rPr>
                <w:lang w:val="es-AR"/>
              </w:rPr>
              <w:t>Ha ocurrido alguna vez</w:t>
            </w:r>
          </w:p>
        </w:tc>
        <w:tc>
          <w:tcPr>
            <w:tcW w:w="2876" w:type="dxa"/>
          </w:tcPr>
          <w:p w14:paraId="2F21A669" w14:textId="77777777" w:rsidR="006532EE" w:rsidRPr="00BD13C3" w:rsidRDefault="006532EE" w:rsidP="006532EE">
            <w:pPr>
              <w:rPr>
                <w:lang w:val="es-AR"/>
              </w:rPr>
            </w:pPr>
            <w:r w:rsidRPr="00BD13C3">
              <w:rPr>
                <w:lang w:val="es-AR"/>
              </w:rPr>
              <w:t>1 vez al año</w:t>
            </w:r>
          </w:p>
        </w:tc>
      </w:tr>
      <w:tr w:rsidR="006532EE" w:rsidRPr="00BD13C3" w14:paraId="4FD0449B" w14:textId="77777777" w:rsidTr="00317718">
        <w:tc>
          <w:tcPr>
            <w:tcW w:w="2877" w:type="dxa"/>
          </w:tcPr>
          <w:p w14:paraId="63F16022" w14:textId="77777777" w:rsidR="006532EE" w:rsidRPr="00BD13C3" w:rsidRDefault="006532EE" w:rsidP="006532EE">
            <w:pPr>
              <w:rPr>
                <w:lang w:val="es-AR"/>
              </w:rPr>
            </w:pPr>
            <w:r w:rsidRPr="00BD13C3">
              <w:rPr>
                <w:lang w:val="es-AR"/>
              </w:rPr>
              <w:t>Infrecuente</w:t>
            </w:r>
          </w:p>
        </w:tc>
        <w:tc>
          <w:tcPr>
            <w:tcW w:w="2877" w:type="dxa"/>
          </w:tcPr>
          <w:p w14:paraId="3E01E692" w14:textId="77777777" w:rsidR="006532EE" w:rsidRPr="00BD13C3" w:rsidRDefault="006532EE" w:rsidP="006532EE">
            <w:pPr>
              <w:rPr>
                <w:lang w:val="es-AR"/>
              </w:rPr>
            </w:pPr>
            <w:r w:rsidRPr="00BD13C3">
              <w:rPr>
                <w:lang w:val="es-AR"/>
              </w:rPr>
              <w:t>Raramente</w:t>
            </w:r>
          </w:p>
        </w:tc>
        <w:tc>
          <w:tcPr>
            <w:tcW w:w="2876" w:type="dxa"/>
          </w:tcPr>
          <w:p w14:paraId="69F7504B" w14:textId="77777777" w:rsidR="006532EE" w:rsidRPr="00BD13C3" w:rsidRDefault="006532EE" w:rsidP="006532EE">
            <w:pPr>
              <w:rPr>
                <w:lang w:val="es-AR"/>
              </w:rPr>
            </w:pPr>
            <w:r w:rsidRPr="00BD13C3">
              <w:rPr>
                <w:lang w:val="es-AR"/>
              </w:rPr>
              <w:t>Cada 2-5 años</w:t>
            </w:r>
          </w:p>
        </w:tc>
      </w:tr>
      <w:tr w:rsidR="006532EE" w:rsidRPr="00BD13C3" w14:paraId="3A498932" w14:textId="77777777" w:rsidTr="00317718">
        <w:tc>
          <w:tcPr>
            <w:tcW w:w="2877" w:type="dxa"/>
          </w:tcPr>
          <w:p w14:paraId="03E4D5B7" w14:textId="77777777" w:rsidR="006532EE" w:rsidRPr="00BD13C3" w:rsidRDefault="006532EE" w:rsidP="006532EE">
            <w:pPr>
              <w:rPr>
                <w:lang w:val="es-AR"/>
              </w:rPr>
            </w:pPr>
            <w:r w:rsidRPr="00BD13C3">
              <w:rPr>
                <w:lang w:val="es-AR"/>
              </w:rPr>
              <w:t>Rara</w:t>
            </w:r>
          </w:p>
        </w:tc>
        <w:tc>
          <w:tcPr>
            <w:tcW w:w="2877" w:type="dxa"/>
          </w:tcPr>
          <w:p w14:paraId="7CE77411" w14:textId="77777777" w:rsidR="006532EE" w:rsidRPr="00BD13C3" w:rsidRDefault="006532EE" w:rsidP="006532EE">
            <w:pPr>
              <w:rPr>
                <w:lang w:val="es-AR"/>
              </w:rPr>
            </w:pPr>
            <w:r w:rsidRPr="00BD13C3">
              <w:rPr>
                <w:lang w:val="es-AR"/>
              </w:rPr>
              <w:t>Casi nunca</w:t>
            </w:r>
          </w:p>
        </w:tc>
        <w:tc>
          <w:tcPr>
            <w:tcW w:w="2876" w:type="dxa"/>
          </w:tcPr>
          <w:p w14:paraId="565C9EEB" w14:textId="77777777" w:rsidR="006532EE" w:rsidRPr="00BD13C3" w:rsidRDefault="006532EE" w:rsidP="006532EE">
            <w:pPr>
              <w:rPr>
                <w:lang w:val="es-AR"/>
              </w:rPr>
            </w:pPr>
            <w:r w:rsidRPr="00BD13C3">
              <w:rPr>
                <w:lang w:val="es-AR"/>
              </w:rPr>
              <w:t>&gt;5 años</w:t>
            </w:r>
          </w:p>
        </w:tc>
      </w:tr>
    </w:tbl>
    <w:p w14:paraId="32210541" w14:textId="77777777" w:rsidR="006532EE" w:rsidRPr="00BD13C3" w:rsidRDefault="006532EE" w:rsidP="006532EE">
      <w:pPr>
        <w:rPr>
          <w:lang w:val="es-AR"/>
        </w:rPr>
      </w:pPr>
    </w:p>
    <w:tbl>
      <w:tblPr>
        <w:tblStyle w:val="Tablaconcuadrcula"/>
        <w:tblW w:w="0" w:type="auto"/>
        <w:tblLook w:val="04A0" w:firstRow="1" w:lastRow="0" w:firstColumn="1" w:lastColumn="0" w:noHBand="0" w:noVBand="1"/>
      </w:tblPr>
      <w:tblGrid>
        <w:gridCol w:w="2877"/>
        <w:gridCol w:w="2876"/>
        <w:gridCol w:w="2877"/>
      </w:tblGrid>
      <w:tr w:rsidR="006532EE" w:rsidRPr="00BD13C3" w14:paraId="637DB38A" w14:textId="77777777" w:rsidTr="006532EE">
        <w:tc>
          <w:tcPr>
            <w:tcW w:w="2880" w:type="dxa"/>
          </w:tcPr>
          <w:p w14:paraId="37D34A08" w14:textId="77777777" w:rsidR="006532EE" w:rsidRPr="00BD13C3" w:rsidRDefault="006532EE" w:rsidP="006532EE">
            <w:pPr>
              <w:rPr>
                <w:lang w:val="es-AR"/>
              </w:rPr>
            </w:pPr>
            <w:r w:rsidRPr="00BD13C3">
              <w:rPr>
                <w:b/>
                <w:lang w:val="es-AR"/>
              </w:rPr>
              <w:t>Impacto / Trascendencia</w:t>
            </w:r>
          </w:p>
        </w:tc>
        <w:tc>
          <w:tcPr>
            <w:tcW w:w="2880" w:type="dxa"/>
          </w:tcPr>
          <w:p w14:paraId="3FCBF052" w14:textId="77777777" w:rsidR="006532EE" w:rsidRPr="00BD13C3" w:rsidRDefault="006532EE" w:rsidP="006532EE">
            <w:pPr>
              <w:rPr>
                <w:lang w:val="es-AR"/>
              </w:rPr>
            </w:pPr>
            <w:r w:rsidRPr="00BD13C3">
              <w:rPr>
                <w:b/>
                <w:lang w:val="es-AR"/>
              </w:rPr>
              <w:t>Definición</w:t>
            </w:r>
          </w:p>
        </w:tc>
        <w:tc>
          <w:tcPr>
            <w:tcW w:w="2880" w:type="dxa"/>
          </w:tcPr>
          <w:p w14:paraId="0DCF4459" w14:textId="77777777" w:rsidR="006532EE" w:rsidRPr="00BD13C3" w:rsidRDefault="006532EE" w:rsidP="006532EE">
            <w:pPr>
              <w:rPr>
                <w:lang w:val="es-AR"/>
              </w:rPr>
            </w:pPr>
            <w:r w:rsidRPr="00BD13C3">
              <w:rPr>
                <w:b/>
                <w:lang w:val="es-AR"/>
              </w:rPr>
              <w:t>Ejemplo en la empresa</w:t>
            </w:r>
          </w:p>
        </w:tc>
      </w:tr>
      <w:tr w:rsidR="006532EE" w:rsidRPr="00BD13C3" w14:paraId="6EA74C37" w14:textId="77777777" w:rsidTr="006532EE">
        <w:tc>
          <w:tcPr>
            <w:tcW w:w="2880" w:type="dxa"/>
          </w:tcPr>
          <w:p w14:paraId="685DB196" w14:textId="77777777" w:rsidR="006532EE" w:rsidRPr="00BD13C3" w:rsidRDefault="006532EE" w:rsidP="006532EE">
            <w:pPr>
              <w:rPr>
                <w:lang w:val="es-AR"/>
              </w:rPr>
            </w:pPr>
            <w:r w:rsidRPr="00BD13C3">
              <w:rPr>
                <w:lang w:val="es-AR"/>
              </w:rPr>
              <w:t>Insignificante</w:t>
            </w:r>
          </w:p>
        </w:tc>
        <w:tc>
          <w:tcPr>
            <w:tcW w:w="2880" w:type="dxa"/>
          </w:tcPr>
          <w:p w14:paraId="6D72BC61" w14:textId="77777777" w:rsidR="006532EE" w:rsidRPr="00BD13C3" w:rsidRDefault="006532EE" w:rsidP="006532EE">
            <w:pPr>
              <w:rPr>
                <w:lang w:val="es-AR"/>
              </w:rPr>
            </w:pPr>
            <w:r w:rsidRPr="00BD13C3">
              <w:rPr>
                <w:lang w:val="es-AR"/>
              </w:rPr>
              <w:t>Sin pérdida relevante</w:t>
            </w:r>
          </w:p>
        </w:tc>
        <w:tc>
          <w:tcPr>
            <w:tcW w:w="2880" w:type="dxa"/>
          </w:tcPr>
          <w:p w14:paraId="65B1BCDD" w14:textId="77777777" w:rsidR="006532EE" w:rsidRPr="00BD13C3" w:rsidRDefault="006532EE" w:rsidP="006532EE">
            <w:pPr>
              <w:rPr>
                <w:lang w:val="es-AR"/>
              </w:rPr>
            </w:pPr>
            <w:r w:rsidRPr="00BD13C3">
              <w:rPr>
                <w:lang w:val="es-AR"/>
              </w:rPr>
              <w:t>Caída menor</w:t>
            </w:r>
          </w:p>
        </w:tc>
      </w:tr>
      <w:tr w:rsidR="006532EE" w:rsidRPr="00BD13C3" w14:paraId="7FB37C74" w14:textId="77777777" w:rsidTr="006532EE">
        <w:tc>
          <w:tcPr>
            <w:tcW w:w="2880" w:type="dxa"/>
          </w:tcPr>
          <w:p w14:paraId="2323C355" w14:textId="77777777" w:rsidR="006532EE" w:rsidRPr="00BD13C3" w:rsidRDefault="006532EE" w:rsidP="006532EE">
            <w:pPr>
              <w:rPr>
                <w:lang w:val="es-AR"/>
              </w:rPr>
            </w:pPr>
            <w:r w:rsidRPr="00BD13C3">
              <w:rPr>
                <w:lang w:val="es-AR"/>
              </w:rPr>
              <w:t>Tolerable</w:t>
            </w:r>
          </w:p>
        </w:tc>
        <w:tc>
          <w:tcPr>
            <w:tcW w:w="2880" w:type="dxa"/>
          </w:tcPr>
          <w:p w14:paraId="2E095657" w14:textId="77777777" w:rsidR="006532EE" w:rsidRPr="00BD13C3" w:rsidRDefault="006532EE" w:rsidP="006532EE">
            <w:pPr>
              <w:rPr>
                <w:lang w:val="es-AR"/>
              </w:rPr>
            </w:pPr>
            <w:r w:rsidRPr="00BD13C3">
              <w:rPr>
                <w:lang w:val="es-AR"/>
              </w:rPr>
              <w:t>&lt;$500 mil</w:t>
            </w:r>
          </w:p>
        </w:tc>
        <w:tc>
          <w:tcPr>
            <w:tcW w:w="2880" w:type="dxa"/>
          </w:tcPr>
          <w:p w14:paraId="374225DE" w14:textId="77777777" w:rsidR="006532EE" w:rsidRPr="00BD13C3" w:rsidRDefault="006532EE" w:rsidP="006532EE">
            <w:pPr>
              <w:rPr>
                <w:lang w:val="es-AR"/>
              </w:rPr>
            </w:pPr>
            <w:r w:rsidRPr="00BD13C3">
              <w:rPr>
                <w:lang w:val="es-AR"/>
              </w:rPr>
              <w:t>Error recuperable</w:t>
            </w:r>
          </w:p>
        </w:tc>
      </w:tr>
      <w:tr w:rsidR="006532EE" w:rsidRPr="00BD13C3" w14:paraId="73320F05" w14:textId="77777777" w:rsidTr="006532EE">
        <w:tc>
          <w:tcPr>
            <w:tcW w:w="2880" w:type="dxa"/>
          </w:tcPr>
          <w:p w14:paraId="23BA60EF" w14:textId="77777777" w:rsidR="006532EE" w:rsidRPr="00BD13C3" w:rsidRDefault="006532EE" w:rsidP="006532EE">
            <w:pPr>
              <w:rPr>
                <w:lang w:val="es-AR"/>
              </w:rPr>
            </w:pPr>
            <w:r w:rsidRPr="00BD13C3">
              <w:rPr>
                <w:lang w:val="es-AR"/>
              </w:rPr>
              <w:t>Moderado</w:t>
            </w:r>
          </w:p>
        </w:tc>
        <w:tc>
          <w:tcPr>
            <w:tcW w:w="2880" w:type="dxa"/>
          </w:tcPr>
          <w:p w14:paraId="40256ECA" w14:textId="77777777" w:rsidR="006532EE" w:rsidRPr="00BD13C3" w:rsidRDefault="006532EE" w:rsidP="006532EE">
            <w:pPr>
              <w:rPr>
                <w:lang w:val="es-AR"/>
              </w:rPr>
            </w:pPr>
            <w:r w:rsidRPr="00BD13C3">
              <w:rPr>
                <w:lang w:val="es-AR"/>
              </w:rPr>
              <w:t>$500 mil a $2M</w:t>
            </w:r>
          </w:p>
        </w:tc>
        <w:tc>
          <w:tcPr>
            <w:tcW w:w="2880" w:type="dxa"/>
          </w:tcPr>
          <w:p w14:paraId="77181D89" w14:textId="77777777" w:rsidR="006532EE" w:rsidRPr="00BD13C3" w:rsidRDefault="006532EE" w:rsidP="006532EE">
            <w:pPr>
              <w:rPr>
                <w:lang w:val="es-AR"/>
              </w:rPr>
            </w:pPr>
            <w:r w:rsidRPr="00BD13C3">
              <w:rPr>
                <w:lang w:val="es-AR"/>
              </w:rPr>
              <w:t>Pérdida 1 PC, corte 4hs</w:t>
            </w:r>
          </w:p>
        </w:tc>
      </w:tr>
      <w:tr w:rsidR="006532EE" w:rsidRPr="00BD13C3" w14:paraId="09E5337C" w14:textId="77777777" w:rsidTr="006532EE">
        <w:tc>
          <w:tcPr>
            <w:tcW w:w="2880" w:type="dxa"/>
          </w:tcPr>
          <w:p w14:paraId="62773591" w14:textId="77777777" w:rsidR="006532EE" w:rsidRPr="00BD13C3" w:rsidRDefault="006532EE" w:rsidP="006532EE">
            <w:pPr>
              <w:rPr>
                <w:lang w:val="es-AR"/>
              </w:rPr>
            </w:pPr>
            <w:r w:rsidRPr="00BD13C3">
              <w:rPr>
                <w:lang w:val="es-AR"/>
              </w:rPr>
              <w:t>Importante</w:t>
            </w:r>
          </w:p>
        </w:tc>
        <w:tc>
          <w:tcPr>
            <w:tcW w:w="2880" w:type="dxa"/>
          </w:tcPr>
          <w:p w14:paraId="124ED42B" w14:textId="77777777" w:rsidR="006532EE" w:rsidRPr="00BD13C3" w:rsidRDefault="006532EE" w:rsidP="006532EE">
            <w:pPr>
              <w:rPr>
                <w:lang w:val="es-AR"/>
              </w:rPr>
            </w:pPr>
            <w:r w:rsidRPr="00BD13C3">
              <w:rPr>
                <w:lang w:val="es-AR"/>
              </w:rPr>
              <w:t>$2M a $10M, caída &gt;1 día, impacto legal</w:t>
            </w:r>
          </w:p>
        </w:tc>
        <w:tc>
          <w:tcPr>
            <w:tcW w:w="2880" w:type="dxa"/>
          </w:tcPr>
          <w:p w14:paraId="752E3CF3" w14:textId="77777777" w:rsidR="006532EE" w:rsidRPr="00BD13C3" w:rsidRDefault="006532EE" w:rsidP="006532EE">
            <w:pPr>
              <w:rPr>
                <w:lang w:val="es-AR"/>
              </w:rPr>
            </w:pPr>
            <w:r w:rsidRPr="00BD13C3">
              <w:rPr>
                <w:lang w:val="es-AR"/>
              </w:rPr>
              <w:t>Caída ERP 1 día, fuga lista precios</w:t>
            </w:r>
          </w:p>
        </w:tc>
      </w:tr>
      <w:tr w:rsidR="006532EE" w:rsidRPr="00BD13C3" w14:paraId="7C6BEF8E" w14:textId="77777777" w:rsidTr="006532EE">
        <w:tc>
          <w:tcPr>
            <w:tcW w:w="2880" w:type="dxa"/>
          </w:tcPr>
          <w:p w14:paraId="38F4E39B" w14:textId="77777777" w:rsidR="006532EE" w:rsidRPr="00BD13C3" w:rsidRDefault="006532EE" w:rsidP="006532EE">
            <w:pPr>
              <w:rPr>
                <w:lang w:val="es-AR"/>
              </w:rPr>
            </w:pPr>
            <w:r w:rsidRPr="00BD13C3">
              <w:rPr>
                <w:lang w:val="es-AR"/>
              </w:rPr>
              <w:t>Catastrófico</w:t>
            </w:r>
          </w:p>
        </w:tc>
        <w:tc>
          <w:tcPr>
            <w:tcW w:w="2880" w:type="dxa"/>
          </w:tcPr>
          <w:p w14:paraId="25CC76B2" w14:textId="77777777" w:rsidR="006532EE" w:rsidRPr="00BD13C3" w:rsidRDefault="006532EE" w:rsidP="006532EE">
            <w:pPr>
              <w:rPr>
                <w:lang w:val="es-AR"/>
              </w:rPr>
            </w:pPr>
            <w:r w:rsidRPr="00BD13C3">
              <w:rPr>
                <w:lang w:val="es-AR"/>
              </w:rPr>
              <w:t>&gt;$10M, cierre, juicio</w:t>
            </w:r>
          </w:p>
        </w:tc>
        <w:tc>
          <w:tcPr>
            <w:tcW w:w="2880" w:type="dxa"/>
          </w:tcPr>
          <w:p w14:paraId="2FF245C9" w14:textId="77777777" w:rsidR="006532EE" w:rsidRPr="00BD13C3" w:rsidRDefault="006532EE" w:rsidP="006532EE">
            <w:pPr>
              <w:rPr>
                <w:lang w:val="es-AR"/>
              </w:rPr>
            </w:pPr>
            <w:proofErr w:type="spellStart"/>
            <w:r w:rsidRPr="00BD13C3">
              <w:rPr>
                <w:lang w:val="es-AR"/>
              </w:rPr>
              <w:t>Ransomware</w:t>
            </w:r>
            <w:proofErr w:type="spellEnd"/>
            <w:r w:rsidRPr="00BD13C3">
              <w:rPr>
                <w:lang w:val="es-AR"/>
              </w:rPr>
              <w:t xml:space="preserve"> cifra todo, incendio destruye servidor</w:t>
            </w:r>
          </w:p>
        </w:tc>
      </w:tr>
    </w:tbl>
    <w:p w14:paraId="3E888710" w14:textId="77777777" w:rsidR="006532EE" w:rsidRPr="00F822E5" w:rsidRDefault="006532EE" w:rsidP="006532EE">
      <w:pPr>
        <w:rPr>
          <w:b/>
          <w:bCs/>
          <w:lang w:val="es-AR"/>
        </w:rPr>
      </w:pPr>
      <w:r w:rsidRPr="00F822E5">
        <w:rPr>
          <w:b/>
          <w:bCs/>
          <w:lang w:val="es-AR"/>
        </w:rPr>
        <w:lastRenderedPageBreak/>
        <w:t>Tabla a completar - Paso 5</w:t>
      </w:r>
    </w:p>
    <w:p w14:paraId="16B23599" w14:textId="77777777" w:rsidR="006532EE" w:rsidRPr="00BD13C3" w:rsidRDefault="006532EE" w:rsidP="006532EE">
      <w:pPr>
        <w:rPr>
          <w:lang w:val="es-AR"/>
        </w:rPr>
      </w:pPr>
      <w:r w:rsidRPr="00BD13C3">
        <w:rPr>
          <w:lang w:val="es-AR"/>
        </w:rPr>
        <w:t>Primera fila R0 es un EJEMPLO de un riesgo que NO está en el práctico.</w:t>
      </w:r>
    </w:p>
    <w:tbl>
      <w:tblPr>
        <w:tblStyle w:val="Tablaconcuadrcula"/>
        <w:tblW w:w="0" w:type="auto"/>
        <w:tblLook w:val="04A0" w:firstRow="1" w:lastRow="0" w:firstColumn="1" w:lastColumn="0" w:noHBand="0" w:noVBand="1"/>
      </w:tblPr>
      <w:tblGrid>
        <w:gridCol w:w="1724"/>
        <w:gridCol w:w="1726"/>
        <w:gridCol w:w="1727"/>
        <w:gridCol w:w="1728"/>
        <w:gridCol w:w="1725"/>
      </w:tblGrid>
      <w:tr w:rsidR="006532EE" w:rsidRPr="00BD13C3" w14:paraId="02E0173B" w14:textId="77777777" w:rsidTr="006532EE">
        <w:tc>
          <w:tcPr>
            <w:tcW w:w="1728" w:type="dxa"/>
          </w:tcPr>
          <w:p w14:paraId="4DBEFEAE" w14:textId="77777777" w:rsidR="006532EE" w:rsidRPr="00BD13C3" w:rsidRDefault="006532EE" w:rsidP="006532EE">
            <w:pPr>
              <w:rPr>
                <w:lang w:val="es-AR"/>
              </w:rPr>
            </w:pPr>
            <w:r w:rsidRPr="00BD13C3">
              <w:rPr>
                <w:b/>
                <w:lang w:val="es-AR"/>
              </w:rPr>
              <w:t>Código</w:t>
            </w:r>
          </w:p>
        </w:tc>
        <w:tc>
          <w:tcPr>
            <w:tcW w:w="1728" w:type="dxa"/>
          </w:tcPr>
          <w:p w14:paraId="333D39B8" w14:textId="77777777" w:rsidR="006532EE" w:rsidRPr="00BD13C3" w:rsidRDefault="006532EE" w:rsidP="006532EE">
            <w:pPr>
              <w:rPr>
                <w:lang w:val="es-AR"/>
              </w:rPr>
            </w:pPr>
            <w:r w:rsidRPr="00BD13C3">
              <w:rPr>
                <w:b/>
                <w:lang w:val="es-AR"/>
              </w:rPr>
              <w:t>Activo - Amenaza</w:t>
            </w:r>
          </w:p>
        </w:tc>
        <w:tc>
          <w:tcPr>
            <w:tcW w:w="1728" w:type="dxa"/>
          </w:tcPr>
          <w:p w14:paraId="4EDC1FE2" w14:textId="77777777" w:rsidR="006532EE" w:rsidRPr="00BD13C3" w:rsidRDefault="006532EE" w:rsidP="006532EE">
            <w:pPr>
              <w:rPr>
                <w:lang w:val="es-AR"/>
              </w:rPr>
            </w:pPr>
            <w:r w:rsidRPr="00BD13C3">
              <w:rPr>
                <w:b/>
                <w:lang w:val="es-AR"/>
              </w:rPr>
              <w:t>Probabilidad (Rara a Frecuente)</w:t>
            </w:r>
          </w:p>
        </w:tc>
        <w:tc>
          <w:tcPr>
            <w:tcW w:w="1728" w:type="dxa"/>
          </w:tcPr>
          <w:p w14:paraId="6DC00B59" w14:textId="77777777" w:rsidR="006532EE" w:rsidRPr="00BD13C3" w:rsidRDefault="006532EE" w:rsidP="006532EE">
            <w:pPr>
              <w:rPr>
                <w:lang w:val="es-AR"/>
              </w:rPr>
            </w:pPr>
            <w:r w:rsidRPr="00BD13C3">
              <w:rPr>
                <w:b/>
                <w:lang w:val="es-AR"/>
              </w:rPr>
              <w:t>Impacto (Insignificante a Catastrófico)</w:t>
            </w:r>
          </w:p>
        </w:tc>
        <w:tc>
          <w:tcPr>
            <w:tcW w:w="1728" w:type="dxa"/>
          </w:tcPr>
          <w:p w14:paraId="7B8044E6" w14:textId="77777777" w:rsidR="006532EE" w:rsidRPr="00BD13C3" w:rsidRDefault="006532EE" w:rsidP="006532EE">
            <w:pPr>
              <w:rPr>
                <w:lang w:val="es-AR"/>
              </w:rPr>
            </w:pPr>
            <w:r w:rsidRPr="00BD13C3">
              <w:rPr>
                <w:b/>
                <w:lang w:val="es-AR"/>
              </w:rPr>
              <w:t>Nivel (* a ****) según matriz</w:t>
            </w:r>
          </w:p>
        </w:tc>
      </w:tr>
      <w:tr w:rsidR="006532EE" w:rsidRPr="00BD13C3" w14:paraId="6D3D1227" w14:textId="77777777" w:rsidTr="006532EE">
        <w:tc>
          <w:tcPr>
            <w:tcW w:w="1728" w:type="dxa"/>
          </w:tcPr>
          <w:p w14:paraId="69E7E6A8" w14:textId="77777777" w:rsidR="006532EE" w:rsidRDefault="006532EE" w:rsidP="006532EE">
            <w:pPr>
              <w:rPr>
                <w:lang w:val="es-AR"/>
              </w:rPr>
            </w:pPr>
            <w:r w:rsidRPr="00BD13C3">
              <w:rPr>
                <w:lang w:val="es-AR"/>
              </w:rPr>
              <w:t xml:space="preserve">R0 </w:t>
            </w:r>
            <w:r>
              <w:rPr>
                <w:lang w:val="es-AR"/>
              </w:rPr>
              <w:t>–</w:t>
            </w:r>
            <w:r w:rsidRPr="00BD13C3">
              <w:rPr>
                <w:lang w:val="es-AR"/>
              </w:rPr>
              <w:t xml:space="preserve"> EJEMPLO</w:t>
            </w:r>
          </w:p>
          <w:p w14:paraId="0088AC08" w14:textId="77777777" w:rsidR="006532EE" w:rsidRPr="00BD13C3" w:rsidRDefault="006532EE" w:rsidP="006532EE">
            <w:pPr>
              <w:rPr>
                <w:lang w:val="es-AR"/>
              </w:rPr>
            </w:pPr>
            <w:r w:rsidRPr="00BD13C3">
              <w:rPr>
                <w:lang w:val="es-AR"/>
              </w:rPr>
              <w:t>(No es del práctico, es modelo)</w:t>
            </w:r>
          </w:p>
        </w:tc>
        <w:tc>
          <w:tcPr>
            <w:tcW w:w="1728" w:type="dxa"/>
          </w:tcPr>
          <w:p w14:paraId="163C4FBA" w14:textId="77777777" w:rsidR="006532EE" w:rsidRPr="00BD13C3" w:rsidRDefault="006532EE" w:rsidP="006532EE">
            <w:pPr>
              <w:rPr>
                <w:lang w:val="es-AR"/>
              </w:rPr>
            </w:pPr>
            <w:r w:rsidRPr="00BD13C3">
              <w:rPr>
                <w:lang w:val="es-AR"/>
              </w:rPr>
              <w:t>A4 - Legajos RRHH - Phishing roba credenciales Gmail</w:t>
            </w:r>
          </w:p>
        </w:tc>
        <w:tc>
          <w:tcPr>
            <w:tcW w:w="1728" w:type="dxa"/>
          </w:tcPr>
          <w:p w14:paraId="22CB5B7B" w14:textId="77777777" w:rsidR="006532EE" w:rsidRPr="00BD13C3" w:rsidRDefault="006532EE" w:rsidP="006532EE">
            <w:pPr>
              <w:rPr>
                <w:lang w:val="es-AR"/>
              </w:rPr>
            </w:pPr>
            <w:r w:rsidRPr="00BD13C3">
              <w:rPr>
                <w:lang w:val="es-AR"/>
              </w:rPr>
              <w:t>Ocasional</w:t>
            </w:r>
          </w:p>
        </w:tc>
        <w:tc>
          <w:tcPr>
            <w:tcW w:w="1728" w:type="dxa"/>
          </w:tcPr>
          <w:p w14:paraId="6E81328B" w14:textId="77777777" w:rsidR="006532EE" w:rsidRPr="00BD13C3" w:rsidRDefault="006532EE" w:rsidP="006532EE">
            <w:pPr>
              <w:rPr>
                <w:lang w:val="es-AR"/>
              </w:rPr>
            </w:pPr>
            <w:r w:rsidRPr="00BD13C3">
              <w:rPr>
                <w:lang w:val="es-AR"/>
              </w:rPr>
              <w:t>Importante</w:t>
            </w:r>
          </w:p>
        </w:tc>
        <w:tc>
          <w:tcPr>
            <w:tcW w:w="1728" w:type="dxa"/>
          </w:tcPr>
          <w:p w14:paraId="6D7CF12C" w14:textId="77777777" w:rsidR="006532EE" w:rsidRPr="00BD13C3" w:rsidRDefault="006532EE" w:rsidP="006532EE">
            <w:pPr>
              <w:rPr>
                <w:lang w:val="es-AR"/>
              </w:rPr>
            </w:pPr>
            <w:r w:rsidRPr="00BD13C3">
              <w:rPr>
                <w:lang w:val="es-AR"/>
              </w:rPr>
              <w:t>Ocasional x Importante = ** Moderado</w:t>
            </w:r>
          </w:p>
        </w:tc>
      </w:tr>
      <w:tr w:rsidR="006532EE" w:rsidRPr="00BD13C3" w14:paraId="47631CFA" w14:textId="77777777" w:rsidTr="006532EE">
        <w:tc>
          <w:tcPr>
            <w:tcW w:w="1728" w:type="dxa"/>
          </w:tcPr>
          <w:p w14:paraId="5AEE5508" w14:textId="77777777" w:rsidR="006532EE" w:rsidRPr="00BD13C3" w:rsidRDefault="006532EE" w:rsidP="006532EE">
            <w:pPr>
              <w:rPr>
                <w:lang w:val="es-AR"/>
              </w:rPr>
            </w:pPr>
            <w:r w:rsidRPr="00BD13C3">
              <w:rPr>
                <w:lang w:val="es-AR"/>
              </w:rPr>
              <w:t>R1</w:t>
            </w:r>
          </w:p>
        </w:tc>
        <w:tc>
          <w:tcPr>
            <w:tcW w:w="1728" w:type="dxa"/>
          </w:tcPr>
          <w:p w14:paraId="0440FF48" w14:textId="77777777" w:rsidR="006532EE" w:rsidRPr="00BD13C3" w:rsidRDefault="006532EE" w:rsidP="006532EE">
            <w:pPr>
              <w:rPr>
                <w:lang w:val="es-AR"/>
              </w:rPr>
            </w:pPr>
          </w:p>
        </w:tc>
        <w:tc>
          <w:tcPr>
            <w:tcW w:w="1728" w:type="dxa"/>
          </w:tcPr>
          <w:p w14:paraId="4C8E2BCC" w14:textId="77777777" w:rsidR="006532EE" w:rsidRPr="00BD13C3" w:rsidRDefault="006532EE" w:rsidP="006532EE">
            <w:pPr>
              <w:rPr>
                <w:lang w:val="es-AR"/>
              </w:rPr>
            </w:pPr>
          </w:p>
        </w:tc>
        <w:tc>
          <w:tcPr>
            <w:tcW w:w="1728" w:type="dxa"/>
          </w:tcPr>
          <w:p w14:paraId="05330542" w14:textId="77777777" w:rsidR="006532EE" w:rsidRPr="00BD13C3" w:rsidRDefault="006532EE" w:rsidP="006532EE">
            <w:pPr>
              <w:rPr>
                <w:lang w:val="es-AR"/>
              </w:rPr>
            </w:pPr>
          </w:p>
        </w:tc>
        <w:tc>
          <w:tcPr>
            <w:tcW w:w="1728" w:type="dxa"/>
          </w:tcPr>
          <w:p w14:paraId="115D67C8" w14:textId="77777777" w:rsidR="006532EE" w:rsidRPr="00BD13C3" w:rsidRDefault="006532EE" w:rsidP="006532EE">
            <w:pPr>
              <w:rPr>
                <w:lang w:val="es-AR"/>
              </w:rPr>
            </w:pPr>
          </w:p>
        </w:tc>
      </w:tr>
      <w:tr w:rsidR="006532EE" w:rsidRPr="00BD13C3" w14:paraId="4448769D" w14:textId="77777777" w:rsidTr="006532EE">
        <w:tc>
          <w:tcPr>
            <w:tcW w:w="1728" w:type="dxa"/>
          </w:tcPr>
          <w:p w14:paraId="405B7AF0" w14:textId="77777777" w:rsidR="006532EE" w:rsidRPr="00BD13C3" w:rsidRDefault="006532EE" w:rsidP="006532EE">
            <w:pPr>
              <w:rPr>
                <w:lang w:val="es-AR"/>
              </w:rPr>
            </w:pPr>
            <w:r w:rsidRPr="00BD13C3">
              <w:rPr>
                <w:lang w:val="es-AR"/>
              </w:rPr>
              <w:t>R2</w:t>
            </w:r>
          </w:p>
        </w:tc>
        <w:tc>
          <w:tcPr>
            <w:tcW w:w="1728" w:type="dxa"/>
          </w:tcPr>
          <w:p w14:paraId="1088140B" w14:textId="77777777" w:rsidR="006532EE" w:rsidRPr="00BD13C3" w:rsidRDefault="006532EE" w:rsidP="006532EE">
            <w:pPr>
              <w:rPr>
                <w:lang w:val="es-AR"/>
              </w:rPr>
            </w:pPr>
          </w:p>
        </w:tc>
        <w:tc>
          <w:tcPr>
            <w:tcW w:w="1728" w:type="dxa"/>
          </w:tcPr>
          <w:p w14:paraId="4F75AF14" w14:textId="77777777" w:rsidR="006532EE" w:rsidRPr="00BD13C3" w:rsidRDefault="006532EE" w:rsidP="006532EE">
            <w:pPr>
              <w:rPr>
                <w:lang w:val="es-AR"/>
              </w:rPr>
            </w:pPr>
          </w:p>
        </w:tc>
        <w:tc>
          <w:tcPr>
            <w:tcW w:w="1728" w:type="dxa"/>
          </w:tcPr>
          <w:p w14:paraId="70CA7E3C" w14:textId="77777777" w:rsidR="006532EE" w:rsidRPr="00BD13C3" w:rsidRDefault="006532EE" w:rsidP="006532EE">
            <w:pPr>
              <w:rPr>
                <w:lang w:val="es-AR"/>
              </w:rPr>
            </w:pPr>
          </w:p>
        </w:tc>
        <w:tc>
          <w:tcPr>
            <w:tcW w:w="1728" w:type="dxa"/>
          </w:tcPr>
          <w:p w14:paraId="2359BA30" w14:textId="77777777" w:rsidR="006532EE" w:rsidRPr="00BD13C3" w:rsidRDefault="006532EE" w:rsidP="006532EE">
            <w:pPr>
              <w:rPr>
                <w:lang w:val="es-AR"/>
              </w:rPr>
            </w:pPr>
          </w:p>
        </w:tc>
      </w:tr>
      <w:tr w:rsidR="006532EE" w:rsidRPr="00BD13C3" w14:paraId="0AC3C47C" w14:textId="77777777" w:rsidTr="006532EE">
        <w:tc>
          <w:tcPr>
            <w:tcW w:w="1728" w:type="dxa"/>
          </w:tcPr>
          <w:p w14:paraId="2AFB4133" w14:textId="77777777" w:rsidR="006532EE" w:rsidRPr="00BD13C3" w:rsidRDefault="006532EE" w:rsidP="006532EE">
            <w:pPr>
              <w:rPr>
                <w:lang w:val="es-AR"/>
              </w:rPr>
            </w:pPr>
            <w:r w:rsidRPr="00BD13C3">
              <w:rPr>
                <w:lang w:val="es-AR"/>
              </w:rPr>
              <w:t>R3</w:t>
            </w:r>
          </w:p>
        </w:tc>
        <w:tc>
          <w:tcPr>
            <w:tcW w:w="1728" w:type="dxa"/>
          </w:tcPr>
          <w:p w14:paraId="0401050B" w14:textId="77777777" w:rsidR="006532EE" w:rsidRPr="00BD13C3" w:rsidRDefault="006532EE" w:rsidP="006532EE">
            <w:pPr>
              <w:rPr>
                <w:lang w:val="es-AR"/>
              </w:rPr>
            </w:pPr>
          </w:p>
        </w:tc>
        <w:tc>
          <w:tcPr>
            <w:tcW w:w="1728" w:type="dxa"/>
          </w:tcPr>
          <w:p w14:paraId="362B1D5C" w14:textId="77777777" w:rsidR="006532EE" w:rsidRPr="00BD13C3" w:rsidRDefault="006532EE" w:rsidP="006532EE">
            <w:pPr>
              <w:rPr>
                <w:lang w:val="es-AR"/>
              </w:rPr>
            </w:pPr>
          </w:p>
        </w:tc>
        <w:tc>
          <w:tcPr>
            <w:tcW w:w="1728" w:type="dxa"/>
          </w:tcPr>
          <w:p w14:paraId="2F122C43" w14:textId="77777777" w:rsidR="006532EE" w:rsidRPr="00BD13C3" w:rsidRDefault="006532EE" w:rsidP="006532EE">
            <w:pPr>
              <w:rPr>
                <w:lang w:val="es-AR"/>
              </w:rPr>
            </w:pPr>
          </w:p>
        </w:tc>
        <w:tc>
          <w:tcPr>
            <w:tcW w:w="1728" w:type="dxa"/>
          </w:tcPr>
          <w:p w14:paraId="6738D802" w14:textId="77777777" w:rsidR="006532EE" w:rsidRPr="00BD13C3" w:rsidRDefault="006532EE" w:rsidP="006532EE">
            <w:pPr>
              <w:rPr>
                <w:lang w:val="es-AR"/>
              </w:rPr>
            </w:pPr>
          </w:p>
        </w:tc>
      </w:tr>
      <w:tr w:rsidR="006532EE" w:rsidRPr="00BD13C3" w14:paraId="5E1C228F" w14:textId="77777777" w:rsidTr="006532EE">
        <w:tc>
          <w:tcPr>
            <w:tcW w:w="1728" w:type="dxa"/>
          </w:tcPr>
          <w:p w14:paraId="135570E9" w14:textId="77777777" w:rsidR="006532EE" w:rsidRPr="00BD13C3" w:rsidRDefault="006532EE" w:rsidP="006532EE">
            <w:pPr>
              <w:rPr>
                <w:lang w:val="es-AR"/>
              </w:rPr>
            </w:pPr>
            <w:r w:rsidRPr="00BD13C3">
              <w:rPr>
                <w:lang w:val="es-AR"/>
              </w:rPr>
              <w:t>R4</w:t>
            </w:r>
          </w:p>
        </w:tc>
        <w:tc>
          <w:tcPr>
            <w:tcW w:w="1728" w:type="dxa"/>
          </w:tcPr>
          <w:p w14:paraId="4FD96665" w14:textId="77777777" w:rsidR="006532EE" w:rsidRPr="00BD13C3" w:rsidRDefault="006532EE" w:rsidP="006532EE">
            <w:pPr>
              <w:rPr>
                <w:lang w:val="es-AR"/>
              </w:rPr>
            </w:pPr>
          </w:p>
        </w:tc>
        <w:tc>
          <w:tcPr>
            <w:tcW w:w="1728" w:type="dxa"/>
          </w:tcPr>
          <w:p w14:paraId="623A2308" w14:textId="77777777" w:rsidR="006532EE" w:rsidRPr="00BD13C3" w:rsidRDefault="006532EE" w:rsidP="006532EE">
            <w:pPr>
              <w:rPr>
                <w:lang w:val="es-AR"/>
              </w:rPr>
            </w:pPr>
          </w:p>
        </w:tc>
        <w:tc>
          <w:tcPr>
            <w:tcW w:w="1728" w:type="dxa"/>
          </w:tcPr>
          <w:p w14:paraId="6B5ECAC9" w14:textId="77777777" w:rsidR="006532EE" w:rsidRPr="00BD13C3" w:rsidRDefault="006532EE" w:rsidP="006532EE">
            <w:pPr>
              <w:rPr>
                <w:lang w:val="es-AR"/>
              </w:rPr>
            </w:pPr>
          </w:p>
        </w:tc>
        <w:tc>
          <w:tcPr>
            <w:tcW w:w="1728" w:type="dxa"/>
          </w:tcPr>
          <w:p w14:paraId="2E967BE7" w14:textId="77777777" w:rsidR="006532EE" w:rsidRPr="00BD13C3" w:rsidRDefault="006532EE" w:rsidP="006532EE">
            <w:pPr>
              <w:rPr>
                <w:lang w:val="es-AR"/>
              </w:rPr>
            </w:pPr>
          </w:p>
        </w:tc>
      </w:tr>
      <w:tr w:rsidR="006532EE" w:rsidRPr="00BD13C3" w14:paraId="0D9CB8BF" w14:textId="77777777" w:rsidTr="006532EE">
        <w:tc>
          <w:tcPr>
            <w:tcW w:w="1728" w:type="dxa"/>
          </w:tcPr>
          <w:p w14:paraId="7866B963" w14:textId="77777777" w:rsidR="006532EE" w:rsidRPr="00BD13C3" w:rsidRDefault="006532EE" w:rsidP="006532EE">
            <w:pPr>
              <w:rPr>
                <w:lang w:val="es-AR"/>
              </w:rPr>
            </w:pPr>
            <w:r w:rsidRPr="00BD13C3">
              <w:rPr>
                <w:lang w:val="es-AR"/>
              </w:rPr>
              <w:t>R5</w:t>
            </w:r>
          </w:p>
        </w:tc>
        <w:tc>
          <w:tcPr>
            <w:tcW w:w="1728" w:type="dxa"/>
          </w:tcPr>
          <w:p w14:paraId="17E30B52" w14:textId="77777777" w:rsidR="006532EE" w:rsidRPr="00BD13C3" w:rsidRDefault="006532EE" w:rsidP="006532EE">
            <w:pPr>
              <w:rPr>
                <w:lang w:val="es-AR"/>
              </w:rPr>
            </w:pPr>
          </w:p>
        </w:tc>
        <w:tc>
          <w:tcPr>
            <w:tcW w:w="1728" w:type="dxa"/>
          </w:tcPr>
          <w:p w14:paraId="7C36021B" w14:textId="77777777" w:rsidR="006532EE" w:rsidRPr="00BD13C3" w:rsidRDefault="006532EE" w:rsidP="006532EE">
            <w:pPr>
              <w:rPr>
                <w:lang w:val="es-AR"/>
              </w:rPr>
            </w:pPr>
          </w:p>
        </w:tc>
        <w:tc>
          <w:tcPr>
            <w:tcW w:w="1728" w:type="dxa"/>
          </w:tcPr>
          <w:p w14:paraId="3EFBC44A" w14:textId="77777777" w:rsidR="006532EE" w:rsidRPr="00BD13C3" w:rsidRDefault="006532EE" w:rsidP="006532EE">
            <w:pPr>
              <w:rPr>
                <w:lang w:val="es-AR"/>
              </w:rPr>
            </w:pPr>
          </w:p>
        </w:tc>
        <w:tc>
          <w:tcPr>
            <w:tcW w:w="1728" w:type="dxa"/>
          </w:tcPr>
          <w:p w14:paraId="5BA615BC" w14:textId="77777777" w:rsidR="006532EE" w:rsidRPr="00BD13C3" w:rsidRDefault="006532EE" w:rsidP="006532EE">
            <w:pPr>
              <w:rPr>
                <w:lang w:val="es-AR"/>
              </w:rPr>
            </w:pPr>
          </w:p>
        </w:tc>
      </w:tr>
      <w:tr w:rsidR="006532EE" w:rsidRPr="00BD13C3" w14:paraId="7D272EF5" w14:textId="77777777" w:rsidTr="006532EE">
        <w:tc>
          <w:tcPr>
            <w:tcW w:w="1728" w:type="dxa"/>
          </w:tcPr>
          <w:p w14:paraId="50683CFF" w14:textId="77777777" w:rsidR="006532EE" w:rsidRPr="00BD13C3" w:rsidRDefault="006532EE" w:rsidP="006532EE">
            <w:pPr>
              <w:rPr>
                <w:lang w:val="es-AR"/>
              </w:rPr>
            </w:pPr>
            <w:r w:rsidRPr="00BD13C3">
              <w:rPr>
                <w:lang w:val="es-AR"/>
              </w:rPr>
              <w:t>R6</w:t>
            </w:r>
          </w:p>
        </w:tc>
        <w:tc>
          <w:tcPr>
            <w:tcW w:w="1728" w:type="dxa"/>
          </w:tcPr>
          <w:p w14:paraId="49F8D2A9" w14:textId="77777777" w:rsidR="006532EE" w:rsidRPr="00BD13C3" w:rsidRDefault="006532EE" w:rsidP="006532EE">
            <w:pPr>
              <w:rPr>
                <w:lang w:val="es-AR"/>
              </w:rPr>
            </w:pPr>
          </w:p>
        </w:tc>
        <w:tc>
          <w:tcPr>
            <w:tcW w:w="1728" w:type="dxa"/>
          </w:tcPr>
          <w:p w14:paraId="69B676EE" w14:textId="77777777" w:rsidR="006532EE" w:rsidRPr="00BD13C3" w:rsidRDefault="006532EE" w:rsidP="006532EE">
            <w:pPr>
              <w:rPr>
                <w:lang w:val="es-AR"/>
              </w:rPr>
            </w:pPr>
          </w:p>
        </w:tc>
        <w:tc>
          <w:tcPr>
            <w:tcW w:w="1728" w:type="dxa"/>
          </w:tcPr>
          <w:p w14:paraId="17FD8AFD" w14:textId="77777777" w:rsidR="006532EE" w:rsidRPr="00BD13C3" w:rsidRDefault="006532EE" w:rsidP="006532EE">
            <w:pPr>
              <w:rPr>
                <w:lang w:val="es-AR"/>
              </w:rPr>
            </w:pPr>
          </w:p>
        </w:tc>
        <w:tc>
          <w:tcPr>
            <w:tcW w:w="1728" w:type="dxa"/>
          </w:tcPr>
          <w:p w14:paraId="74C9CF6B" w14:textId="77777777" w:rsidR="006532EE" w:rsidRPr="00BD13C3" w:rsidRDefault="006532EE" w:rsidP="006532EE">
            <w:pPr>
              <w:rPr>
                <w:lang w:val="es-AR"/>
              </w:rPr>
            </w:pPr>
          </w:p>
        </w:tc>
      </w:tr>
      <w:tr w:rsidR="006532EE" w:rsidRPr="00BD13C3" w14:paraId="02C7D272" w14:textId="77777777" w:rsidTr="006532EE">
        <w:tc>
          <w:tcPr>
            <w:tcW w:w="1728" w:type="dxa"/>
          </w:tcPr>
          <w:p w14:paraId="63416D34" w14:textId="77777777" w:rsidR="006532EE" w:rsidRPr="00BD13C3" w:rsidRDefault="006532EE" w:rsidP="006532EE">
            <w:pPr>
              <w:rPr>
                <w:lang w:val="es-AR"/>
              </w:rPr>
            </w:pPr>
            <w:r w:rsidRPr="00BD13C3">
              <w:rPr>
                <w:lang w:val="es-AR"/>
              </w:rPr>
              <w:t>R7</w:t>
            </w:r>
          </w:p>
        </w:tc>
        <w:tc>
          <w:tcPr>
            <w:tcW w:w="1728" w:type="dxa"/>
          </w:tcPr>
          <w:p w14:paraId="60075C00" w14:textId="77777777" w:rsidR="006532EE" w:rsidRPr="00BD13C3" w:rsidRDefault="006532EE" w:rsidP="006532EE">
            <w:pPr>
              <w:rPr>
                <w:lang w:val="es-AR"/>
              </w:rPr>
            </w:pPr>
          </w:p>
        </w:tc>
        <w:tc>
          <w:tcPr>
            <w:tcW w:w="1728" w:type="dxa"/>
          </w:tcPr>
          <w:p w14:paraId="15614C5C" w14:textId="77777777" w:rsidR="006532EE" w:rsidRPr="00BD13C3" w:rsidRDefault="006532EE" w:rsidP="006532EE">
            <w:pPr>
              <w:rPr>
                <w:lang w:val="es-AR"/>
              </w:rPr>
            </w:pPr>
          </w:p>
        </w:tc>
        <w:tc>
          <w:tcPr>
            <w:tcW w:w="1728" w:type="dxa"/>
          </w:tcPr>
          <w:p w14:paraId="50BB2F86" w14:textId="77777777" w:rsidR="006532EE" w:rsidRPr="00BD13C3" w:rsidRDefault="006532EE" w:rsidP="006532EE">
            <w:pPr>
              <w:rPr>
                <w:lang w:val="es-AR"/>
              </w:rPr>
            </w:pPr>
          </w:p>
        </w:tc>
        <w:tc>
          <w:tcPr>
            <w:tcW w:w="1728" w:type="dxa"/>
          </w:tcPr>
          <w:p w14:paraId="381B1A2C" w14:textId="77777777" w:rsidR="006532EE" w:rsidRPr="00BD13C3" w:rsidRDefault="006532EE" w:rsidP="006532EE">
            <w:pPr>
              <w:rPr>
                <w:lang w:val="es-AR"/>
              </w:rPr>
            </w:pPr>
          </w:p>
        </w:tc>
      </w:tr>
    </w:tbl>
    <w:p w14:paraId="46E10554" w14:textId="77777777" w:rsidR="006532EE" w:rsidRDefault="006532EE" w:rsidP="006532EE">
      <w:pPr>
        <w:rPr>
          <w:lang w:val="es-AR"/>
        </w:rPr>
      </w:pPr>
    </w:p>
    <w:p w14:paraId="41963DE9" w14:textId="77777777" w:rsidR="006532EE" w:rsidRPr="00BD13C3" w:rsidRDefault="006532EE" w:rsidP="006532EE">
      <w:pPr>
        <w:rPr>
          <w:lang w:val="es-AR"/>
        </w:rPr>
      </w:pPr>
      <w:r>
        <w:rPr>
          <w:lang w:val="es-AR"/>
        </w:rPr>
        <w:t>Luego de completar la tabla se usa la matriz de riesgo para ubicar cada uno de los riesgos. No es obligatorio, pero se podría usar los colores que propone la matriz para identificar visualmente los riesgos críticos de los demás.</w:t>
      </w:r>
    </w:p>
    <w:p w14:paraId="3BD1EEAF" w14:textId="77777777" w:rsidR="006532EE" w:rsidRPr="005D73C1" w:rsidRDefault="006532EE" w:rsidP="006532EE">
      <w:pPr>
        <w:rPr>
          <w:b/>
          <w:bCs/>
          <w:lang w:val="es-AR"/>
        </w:rPr>
      </w:pPr>
      <w:r w:rsidRPr="005D73C1">
        <w:rPr>
          <w:b/>
          <w:bCs/>
          <w:lang w:val="es-AR"/>
        </w:rPr>
        <w:t>Paso 6 - Tratar el Riesgo</w:t>
      </w:r>
    </w:p>
    <w:p w14:paraId="7FBE7DA5" w14:textId="77777777" w:rsidR="006532EE" w:rsidRDefault="006532EE" w:rsidP="006532EE">
      <w:pPr>
        <w:rPr>
          <w:lang w:val="es-AR"/>
        </w:rPr>
      </w:pPr>
      <w:r w:rsidRPr="00BD13C3">
        <w:rPr>
          <w:lang w:val="es-AR"/>
        </w:rPr>
        <w:t>Para los riesgos clasificados como **** Intolerable y *** Importante en la tabla anterior:</w:t>
      </w:r>
    </w:p>
    <w:p w14:paraId="49E72D7C" w14:textId="77777777" w:rsidR="006532EE" w:rsidRPr="005D73C1" w:rsidRDefault="006532EE" w:rsidP="006532EE">
      <w:pPr>
        <w:pStyle w:val="Prrafodelista"/>
        <w:numPr>
          <w:ilvl w:val="0"/>
          <w:numId w:val="13"/>
        </w:numPr>
        <w:rPr>
          <w:lang w:val="es-AR"/>
        </w:rPr>
      </w:pPr>
      <w:r w:rsidRPr="005D73C1">
        <w:rPr>
          <w:lang w:val="es-AR"/>
        </w:rPr>
        <w:t>Estrategia: Mitigar, Transferir, Evitar, Aceptar (los **** no se pueden Aceptar, es obligatorio mitigar)</w:t>
      </w:r>
    </w:p>
    <w:p w14:paraId="44C8C257" w14:textId="77777777" w:rsidR="006532EE" w:rsidRPr="005D73C1" w:rsidRDefault="006532EE" w:rsidP="006532EE">
      <w:pPr>
        <w:pStyle w:val="Prrafodelista"/>
        <w:numPr>
          <w:ilvl w:val="0"/>
          <w:numId w:val="13"/>
        </w:numPr>
        <w:rPr>
          <w:lang w:val="es-AR"/>
        </w:rPr>
      </w:pPr>
      <w:r w:rsidRPr="0045133F">
        <w:rPr>
          <w:lang w:val="es-AR"/>
        </w:rPr>
        <w:t>Una medida de seguridad activa y una medida pasiva que cierre la vulnerabilidad asociada.</w:t>
      </w:r>
    </w:p>
    <w:p w14:paraId="64D46AB4" w14:textId="77777777" w:rsidR="006532EE" w:rsidRPr="005D73C1" w:rsidRDefault="006532EE" w:rsidP="006532EE">
      <w:pPr>
        <w:pStyle w:val="Prrafodelista"/>
        <w:numPr>
          <w:ilvl w:val="0"/>
          <w:numId w:val="13"/>
        </w:numPr>
        <w:rPr>
          <w:lang w:val="es-AR"/>
        </w:rPr>
      </w:pPr>
      <w:r w:rsidRPr="005D73C1">
        <w:rPr>
          <w:lang w:val="es-AR"/>
        </w:rPr>
        <w:t>Redacte 1 Política de Seguridad para el riesgo más crítico según Pág. 38-39 del apunte (Aprobada, Clara, Aplicable, Difundida)</w:t>
      </w:r>
    </w:p>
    <w:p w14:paraId="440E7932" w14:textId="77777777" w:rsidR="006532EE" w:rsidRPr="00BD13C3" w:rsidRDefault="006532EE" w:rsidP="006532EE">
      <w:pPr>
        <w:rPr>
          <w:lang w:val="es-AR"/>
        </w:rPr>
      </w:pPr>
      <w:r w:rsidRPr="00BD13C3">
        <w:rPr>
          <w:lang w:val="es-AR"/>
        </w:rPr>
        <w:t>Tabla a completar Paso 6:</w:t>
      </w:r>
    </w:p>
    <w:tbl>
      <w:tblPr>
        <w:tblStyle w:val="Tablaconcuadrcula"/>
        <w:tblW w:w="0" w:type="auto"/>
        <w:tblLook w:val="04A0" w:firstRow="1" w:lastRow="0" w:firstColumn="1" w:lastColumn="0" w:noHBand="0" w:noVBand="1"/>
      </w:tblPr>
      <w:tblGrid>
        <w:gridCol w:w="988"/>
        <w:gridCol w:w="1713"/>
        <w:gridCol w:w="1411"/>
        <w:gridCol w:w="1377"/>
        <w:gridCol w:w="1750"/>
      </w:tblGrid>
      <w:tr w:rsidR="00D622DA" w:rsidRPr="00BD13C3" w14:paraId="2FEF72DB" w14:textId="77777777" w:rsidTr="00D622DA">
        <w:tc>
          <w:tcPr>
            <w:tcW w:w="988" w:type="dxa"/>
          </w:tcPr>
          <w:p w14:paraId="7A4C4C07" w14:textId="77777777" w:rsidR="00D622DA" w:rsidRPr="00BD13C3" w:rsidRDefault="00D622DA" w:rsidP="006532EE">
            <w:pPr>
              <w:rPr>
                <w:lang w:val="es-AR"/>
              </w:rPr>
            </w:pPr>
            <w:r w:rsidRPr="00BD13C3">
              <w:rPr>
                <w:b/>
                <w:lang w:val="es-AR"/>
              </w:rPr>
              <w:t>Código Riesgo</w:t>
            </w:r>
          </w:p>
        </w:tc>
        <w:tc>
          <w:tcPr>
            <w:tcW w:w="1713" w:type="dxa"/>
          </w:tcPr>
          <w:p w14:paraId="5C0D92B7" w14:textId="77777777" w:rsidR="00D622DA" w:rsidRPr="00BD13C3" w:rsidRDefault="00D622DA" w:rsidP="006532EE">
            <w:pPr>
              <w:rPr>
                <w:lang w:val="es-AR"/>
              </w:rPr>
            </w:pPr>
            <w:r w:rsidRPr="00BD13C3">
              <w:rPr>
                <w:b/>
                <w:lang w:val="es-AR"/>
              </w:rPr>
              <w:t>Nivel (* a ****)</w:t>
            </w:r>
          </w:p>
        </w:tc>
        <w:tc>
          <w:tcPr>
            <w:tcW w:w="1411" w:type="dxa"/>
          </w:tcPr>
          <w:p w14:paraId="0FC25F29" w14:textId="77777777" w:rsidR="00D622DA" w:rsidRPr="00BD13C3" w:rsidRDefault="00D622DA" w:rsidP="006532EE">
            <w:pPr>
              <w:rPr>
                <w:lang w:val="es-AR"/>
              </w:rPr>
            </w:pPr>
            <w:r w:rsidRPr="00BD13C3">
              <w:rPr>
                <w:b/>
                <w:lang w:val="es-AR"/>
              </w:rPr>
              <w:t>Estrategia</w:t>
            </w:r>
          </w:p>
        </w:tc>
        <w:tc>
          <w:tcPr>
            <w:tcW w:w="1377" w:type="dxa"/>
          </w:tcPr>
          <w:p w14:paraId="2EC951DB" w14:textId="3FA1E5D3" w:rsidR="00D622DA" w:rsidRPr="00BD13C3" w:rsidRDefault="00D622DA" w:rsidP="006532EE">
            <w:pPr>
              <w:rPr>
                <w:lang w:val="es-AR"/>
              </w:rPr>
            </w:pPr>
            <w:r>
              <w:rPr>
                <w:b/>
                <w:lang w:val="es-AR"/>
              </w:rPr>
              <w:t>Seguridad activa</w:t>
            </w:r>
          </w:p>
        </w:tc>
        <w:tc>
          <w:tcPr>
            <w:tcW w:w="1750" w:type="dxa"/>
          </w:tcPr>
          <w:p w14:paraId="7C560D9B" w14:textId="513C4ED1" w:rsidR="00D622DA" w:rsidRPr="00BD13C3" w:rsidRDefault="00D622DA" w:rsidP="006532EE">
            <w:pPr>
              <w:rPr>
                <w:lang w:val="es-AR"/>
              </w:rPr>
            </w:pPr>
            <w:r>
              <w:rPr>
                <w:b/>
                <w:lang w:val="es-AR"/>
              </w:rPr>
              <w:t>Seguridad pasiva</w:t>
            </w:r>
          </w:p>
        </w:tc>
      </w:tr>
      <w:tr w:rsidR="00D622DA" w:rsidRPr="00BD13C3" w14:paraId="6A498DE8" w14:textId="77777777" w:rsidTr="00D622DA">
        <w:tc>
          <w:tcPr>
            <w:tcW w:w="988" w:type="dxa"/>
          </w:tcPr>
          <w:p w14:paraId="10160823" w14:textId="77777777" w:rsidR="00D622DA" w:rsidRPr="00BD13C3" w:rsidRDefault="00D622DA" w:rsidP="006532EE">
            <w:pPr>
              <w:rPr>
                <w:lang w:val="es-AR"/>
              </w:rPr>
            </w:pPr>
          </w:p>
        </w:tc>
        <w:tc>
          <w:tcPr>
            <w:tcW w:w="1713" w:type="dxa"/>
          </w:tcPr>
          <w:p w14:paraId="3842F29E" w14:textId="77777777" w:rsidR="00D622DA" w:rsidRPr="00BD13C3" w:rsidRDefault="00D622DA" w:rsidP="006532EE">
            <w:pPr>
              <w:rPr>
                <w:lang w:val="es-AR"/>
              </w:rPr>
            </w:pPr>
          </w:p>
        </w:tc>
        <w:tc>
          <w:tcPr>
            <w:tcW w:w="1411" w:type="dxa"/>
          </w:tcPr>
          <w:p w14:paraId="7B62714F" w14:textId="77777777" w:rsidR="00D622DA" w:rsidRPr="00BD13C3" w:rsidRDefault="00D622DA" w:rsidP="006532EE">
            <w:pPr>
              <w:rPr>
                <w:lang w:val="es-AR"/>
              </w:rPr>
            </w:pPr>
          </w:p>
        </w:tc>
        <w:tc>
          <w:tcPr>
            <w:tcW w:w="1377" w:type="dxa"/>
          </w:tcPr>
          <w:p w14:paraId="0AA1E2B5" w14:textId="77777777" w:rsidR="00D622DA" w:rsidRPr="00BD13C3" w:rsidRDefault="00D622DA" w:rsidP="006532EE">
            <w:pPr>
              <w:rPr>
                <w:lang w:val="es-AR"/>
              </w:rPr>
            </w:pPr>
          </w:p>
        </w:tc>
        <w:tc>
          <w:tcPr>
            <w:tcW w:w="1750" w:type="dxa"/>
          </w:tcPr>
          <w:p w14:paraId="7F82E8BB" w14:textId="77777777" w:rsidR="00D622DA" w:rsidRPr="00BD13C3" w:rsidRDefault="00D622DA" w:rsidP="006532EE">
            <w:pPr>
              <w:rPr>
                <w:lang w:val="es-AR"/>
              </w:rPr>
            </w:pPr>
          </w:p>
        </w:tc>
      </w:tr>
      <w:tr w:rsidR="00D622DA" w:rsidRPr="00BD13C3" w14:paraId="1D515F8D" w14:textId="77777777" w:rsidTr="00D622DA">
        <w:tc>
          <w:tcPr>
            <w:tcW w:w="988" w:type="dxa"/>
          </w:tcPr>
          <w:p w14:paraId="22D5E954" w14:textId="77777777" w:rsidR="00D622DA" w:rsidRPr="00BD13C3" w:rsidRDefault="00D622DA" w:rsidP="006532EE">
            <w:pPr>
              <w:rPr>
                <w:lang w:val="es-AR"/>
              </w:rPr>
            </w:pPr>
          </w:p>
        </w:tc>
        <w:tc>
          <w:tcPr>
            <w:tcW w:w="1713" w:type="dxa"/>
          </w:tcPr>
          <w:p w14:paraId="03651283" w14:textId="77777777" w:rsidR="00D622DA" w:rsidRPr="00BD13C3" w:rsidRDefault="00D622DA" w:rsidP="006532EE">
            <w:pPr>
              <w:rPr>
                <w:lang w:val="es-AR"/>
              </w:rPr>
            </w:pPr>
          </w:p>
        </w:tc>
        <w:tc>
          <w:tcPr>
            <w:tcW w:w="1411" w:type="dxa"/>
          </w:tcPr>
          <w:p w14:paraId="5783DAA5" w14:textId="77777777" w:rsidR="00D622DA" w:rsidRPr="00BD13C3" w:rsidRDefault="00D622DA" w:rsidP="006532EE">
            <w:pPr>
              <w:rPr>
                <w:lang w:val="es-AR"/>
              </w:rPr>
            </w:pPr>
          </w:p>
        </w:tc>
        <w:tc>
          <w:tcPr>
            <w:tcW w:w="1377" w:type="dxa"/>
          </w:tcPr>
          <w:p w14:paraId="7867C87A" w14:textId="77777777" w:rsidR="00D622DA" w:rsidRPr="00BD13C3" w:rsidRDefault="00D622DA" w:rsidP="006532EE">
            <w:pPr>
              <w:rPr>
                <w:lang w:val="es-AR"/>
              </w:rPr>
            </w:pPr>
          </w:p>
        </w:tc>
        <w:tc>
          <w:tcPr>
            <w:tcW w:w="1750" w:type="dxa"/>
          </w:tcPr>
          <w:p w14:paraId="4082D6AC" w14:textId="77777777" w:rsidR="00D622DA" w:rsidRPr="00BD13C3" w:rsidRDefault="00D622DA" w:rsidP="006532EE">
            <w:pPr>
              <w:rPr>
                <w:lang w:val="es-AR"/>
              </w:rPr>
            </w:pPr>
          </w:p>
        </w:tc>
      </w:tr>
      <w:tr w:rsidR="00D622DA" w:rsidRPr="00BD13C3" w14:paraId="54186232" w14:textId="77777777" w:rsidTr="00D622DA">
        <w:tc>
          <w:tcPr>
            <w:tcW w:w="988" w:type="dxa"/>
          </w:tcPr>
          <w:p w14:paraId="55CB5C31" w14:textId="77777777" w:rsidR="00D622DA" w:rsidRPr="00BD13C3" w:rsidRDefault="00D622DA" w:rsidP="006532EE">
            <w:pPr>
              <w:rPr>
                <w:lang w:val="es-AR"/>
              </w:rPr>
            </w:pPr>
          </w:p>
        </w:tc>
        <w:tc>
          <w:tcPr>
            <w:tcW w:w="1713" w:type="dxa"/>
          </w:tcPr>
          <w:p w14:paraId="759CB7F0" w14:textId="77777777" w:rsidR="00D622DA" w:rsidRPr="00BD13C3" w:rsidRDefault="00D622DA" w:rsidP="006532EE">
            <w:pPr>
              <w:rPr>
                <w:lang w:val="es-AR"/>
              </w:rPr>
            </w:pPr>
          </w:p>
        </w:tc>
        <w:tc>
          <w:tcPr>
            <w:tcW w:w="1411" w:type="dxa"/>
          </w:tcPr>
          <w:p w14:paraId="184960DC" w14:textId="77777777" w:rsidR="00D622DA" w:rsidRPr="00BD13C3" w:rsidRDefault="00D622DA" w:rsidP="006532EE">
            <w:pPr>
              <w:rPr>
                <w:lang w:val="es-AR"/>
              </w:rPr>
            </w:pPr>
          </w:p>
        </w:tc>
        <w:tc>
          <w:tcPr>
            <w:tcW w:w="1377" w:type="dxa"/>
          </w:tcPr>
          <w:p w14:paraId="52159656" w14:textId="77777777" w:rsidR="00D622DA" w:rsidRPr="00BD13C3" w:rsidRDefault="00D622DA" w:rsidP="006532EE">
            <w:pPr>
              <w:rPr>
                <w:lang w:val="es-AR"/>
              </w:rPr>
            </w:pPr>
          </w:p>
        </w:tc>
        <w:tc>
          <w:tcPr>
            <w:tcW w:w="1750" w:type="dxa"/>
          </w:tcPr>
          <w:p w14:paraId="213546D9" w14:textId="77777777" w:rsidR="00D622DA" w:rsidRPr="00BD13C3" w:rsidRDefault="00D622DA" w:rsidP="006532EE">
            <w:pPr>
              <w:rPr>
                <w:lang w:val="es-AR"/>
              </w:rPr>
            </w:pPr>
          </w:p>
        </w:tc>
      </w:tr>
    </w:tbl>
    <w:p w14:paraId="467BFAD8" w14:textId="39EE0812" w:rsidR="006532EE" w:rsidRDefault="006532EE" w:rsidP="006532EE">
      <w:pPr>
        <w:rPr>
          <w:lang w:val="es-AR"/>
        </w:rPr>
      </w:pPr>
    </w:p>
    <w:p w14:paraId="7BB863F7" w14:textId="4041560B" w:rsidR="005F6FF7" w:rsidRPr="00BD13C3" w:rsidRDefault="005F6FF7" w:rsidP="006532EE">
      <w:pPr>
        <w:rPr>
          <w:lang w:val="es-AR"/>
        </w:rPr>
      </w:pPr>
      <w:r w:rsidRPr="005D73C1">
        <w:rPr>
          <w:lang w:val="es-AR"/>
        </w:rPr>
        <w:t>Política de Seguridad</w:t>
      </w:r>
    </w:p>
    <w:p w14:paraId="2C55E95E" w14:textId="77777777" w:rsidR="006532EE" w:rsidRPr="00ED2954" w:rsidRDefault="006532EE">
      <w:pPr>
        <w:rPr>
          <w:lang w:val="es-AR"/>
        </w:rPr>
      </w:pPr>
    </w:p>
    <w:sectPr w:rsidR="006532EE" w:rsidRPr="00ED2954" w:rsidSect="00034616">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EB67A3" w14:textId="77777777" w:rsidR="00C02D8B" w:rsidRDefault="00C02D8B" w:rsidP="0024688B">
      <w:pPr>
        <w:spacing w:after="0" w:line="240" w:lineRule="auto"/>
      </w:pPr>
      <w:r>
        <w:separator/>
      </w:r>
    </w:p>
  </w:endnote>
  <w:endnote w:type="continuationSeparator" w:id="0">
    <w:p w14:paraId="1B4A1A82" w14:textId="77777777" w:rsidR="00C02D8B" w:rsidRDefault="00C02D8B" w:rsidP="002468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001" w:usb1="08070000" w:usb2="00000010" w:usb3="00000000" w:csb0="00020000" w:csb1="00000000"/>
  </w:font>
  <w:font w:name="Calibri">
    <w:panose1 w:val="020F0502020204030204"/>
    <w:charset w:val="00"/>
    <w:family w:val="swiss"/>
    <w:pitch w:val="variable"/>
    <w:sig w:usb0="E1002AFF" w:usb1="4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4326115"/>
      <w:docPartObj>
        <w:docPartGallery w:val="Page Numbers (Bottom of Page)"/>
        <w:docPartUnique/>
      </w:docPartObj>
    </w:sdtPr>
    <w:sdtContent>
      <w:p w14:paraId="48002B7A" w14:textId="53433D10" w:rsidR="0024688B" w:rsidRDefault="0024688B">
        <w:pPr>
          <w:pStyle w:val="Piedepgina"/>
          <w:jc w:val="right"/>
        </w:pPr>
        <w:r>
          <w:fldChar w:fldCharType="begin"/>
        </w:r>
        <w:r>
          <w:instrText>PAGE   \* MERGEFORMAT</w:instrText>
        </w:r>
        <w:r>
          <w:fldChar w:fldCharType="separate"/>
        </w:r>
        <w:r>
          <w:rPr>
            <w:lang w:val="es-ES"/>
          </w:rPr>
          <w:t>2</w:t>
        </w:r>
        <w:r>
          <w:fldChar w:fldCharType="end"/>
        </w:r>
      </w:p>
    </w:sdtContent>
  </w:sdt>
  <w:p w14:paraId="1C50E17F" w14:textId="77777777" w:rsidR="0024688B" w:rsidRDefault="002468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A4887" w14:textId="77777777" w:rsidR="00C02D8B" w:rsidRDefault="00C02D8B" w:rsidP="0024688B">
      <w:pPr>
        <w:spacing w:after="0" w:line="240" w:lineRule="auto"/>
      </w:pPr>
      <w:r>
        <w:separator/>
      </w:r>
    </w:p>
  </w:footnote>
  <w:footnote w:type="continuationSeparator" w:id="0">
    <w:p w14:paraId="537EFD83" w14:textId="77777777" w:rsidR="00C02D8B" w:rsidRDefault="00C02D8B" w:rsidP="002468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8C943C4"/>
    <w:multiLevelType w:val="hybridMultilevel"/>
    <w:tmpl w:val="E372234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15:restartNumberingAfterBreak="0">
    <w:nsid w:val="1B967894"/>
    <w:multiLevelType w:val="hybridMultilevel"/>
    <w:tmpl w:val="2B40C144"/>
    <w:lvl w:ilvl="0" w:tplc="2C0A000F">
      <w:start w:val="1"/>
      <w:numFmt w:val="decimal"/>
      <w:lvlText w:val="%1."/>
      <w:lvlJc w:val="left"/>
      <w:pPr>
        <w:ind w:left="720" w:hanging="360"/>
      </w:pPr>
      <w:rPr>
        <w:rFont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15:restartNumberingAfterBreak="0">
    <w:nsid w:val="25072802"/>
    <w:multiLevelType w:val="hybridMultilevel"/>
    <w:tmpl w:val="32DC7B6A"/>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2" w15:restartNumberingAfterBreak="0">
    <w:nsid w:val="2DA37279"/>
    <w:multiLevelType w:val="hybridMultilevel"/>
    <w:tmpl w:val="DA520DBC"/>
    <w:lvl w:ilvl="0" w:tplc="2C0A0017">
      <w:start w:val="1"/>
      <w:numFmt w:val="lowerLetter"/>
      <w:lvlText w:val="%1)"/>
      <w:lvlJc w:val="left"/>
      <w:pPr>
        <w:ind w:left="720" w:hanging="360"/>
      </w:pPr>
      <w:rPr>
        <w:rFont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3" w15:restartNumberingAfterBreak="0">
    <w:nsid w:val="373B06D2"/>
    <w:multiLevelType w:val="hybridMultilevel"/>
    <w:tmpl w:val="A41A26D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4" w15:restartNumberingAfterBreak="0">
    <w:nsid w:val="6DE830EC"/>
    <w:multiLevelType w:val="hybridMultilevel"/>
    <w:tmpl w:val="1A7208AA"/>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3"/>
  </w:num>
  <w:num w:numId="12">
    <w:abstractNumId w:val="11"/>
  </w:num>
  <w:num w:numId="13">
    <w:abstractNumId w:val="14"/>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4688B"/>
    <w:rsid w:val="0029639D"/>
    <w:rsid w:val="00317718"/>
    <w:rsid w:val="00326F90"/>
    <w:rsid w:val="004D36EC"/>
    <w:rsid w:val="005150B2"/>
    <w:rsid w:val="005F6FF7"/>
    <w:rsid w:val="00611714"/>
    <w:rsid w:val="006532EE"/>
    <w:rsid w:val="006C2FCA"/>
    <w:rsid w:val="00810DEE"/>
    <w:rsid w:val="009160E1"/>
    <w:rsid w:val="00944AE9"/>
    <w:rsid w:val="00A404A4"/>
    <w:rsid w:val="00AA1D8D"/>
    <w:rsid w:val="00B47730"/>
    <w:rsid w:val="00C02D8B"/>
    <w:rsid w:val="00C267E1"/>
    <w:rsid w:val="00CB0664"/>
    <w:rsid w:val="00D622DA"/>
    <w:rsid w:val="00E95F53"/>
    <w:rsid w:val="00ED29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F257F6"/>
  <w14:defaultImageDpi w14:val="300"/>
  <w15:docId w15:val="{FEFDD3CE-43C2-45C4-BB33-6906FAC56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9</Pages>
  <Words>1849</Words>
  <Characters>10170</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Jose</cp:lastModifiedBy>
  <cp:revision>11</cp:revision>
  <dcterms:created xsi:type="dcterms:W3CDTF">2026-09-07T22:23:00Z</dcterms:created>
  <dcterms:modified xsi:type="dcterms:W3CDTF">2026-09-08T01:30:00Z</dcterms:modified>
  <cp:category/>
</cp:coreProperties>
</file>