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5B46" w14:textId="77777777" w:rsidR="001432F3" w:rsidRDefault="00112C58">
      <w:pPr>
        <w:jc w:val="center"/>
      </w:pPr>
      <w:r>
        <w:rPr>
          <w:b/>
          <w:sz w:val="24"/>
        </w:rPr>
        <w:t>GESTIÓN EMPRESARIA DE LA CALIDAD</w:t>
      </w:r>
    </w:p>
    <w:p w14:paraId="4A5A64B2" w14:textId="15660C0B" w:rsidR="001432F3" w:rsidRDefault="00112C58">
      <w:pPr>
        <w:jc w:val="center"/>
      </w:pPr>
      <w:r>
        <w:rPr>
          <w:b/>
          <w:sz w:val="30"/>
        </w:rPr>
        <w:t xml:space="preserve">CASO DE TEORÍA </w:t>
      </w:r>
      <w:proofErr w:type="gramStart"/>
      <w:r>
        <w:rPr>
          <w:b/>
          <w:sz w:val="30"/>
        </w:rPr>
        <w:t>N.º</w:t>
      </w:r>
      <w:proofErr w:type="gramEnd"/>
      <w:r>
        <w:rPr>
          <w:b/>
          <w:sz w:val="30"/>
        </w:rPr>
        <w:t xml:space="preserve"> 2 </w:t>
      </w:r>
    </w:p>
    <w:p w14:paraId="08D5D975" w14:textId="77777777" w:rsidR="001432F3" w:rsidRDefault="00112C58">
      <w:pPr>
        <w:jc w:val="center"/>
      </w:pPr>
      <w:r>
        <w:rPr>
          <w:b/>
          <w:sz w:val="36"/>
        </w:rPr>
        <w:t>Cómo diseñar una captura de datos confiable</w:t>
      </w:r>
    </w:p>
    <w:p w14:paraId="0F041A59" w14:textId="5FD41BE2" w:rsidR="001432F3" w:rsidRDefault="00112C58">
      <w:pPr>
        <w:jc w:val="center"/>
      </w:pPr>
      <w:proofErr w:type="gramStart"/>
      <w:r>
        <w:rPr>
          <w:i/>
          <w:sz w:val="22"/>
        </w:rPr>
        <w:t xml:space="preserve">Empresa </w:t>
      </w:r>
      <w:r>
        <w:rPr>
          <w:i/>
          <w:sz w:val="22"/>
        </w:rPr>
        <w:t>:</w:t>
      </w:r>
      <w:proofErr w:type="gramEnd"/>
      <w:r>
        <w:rPr>
          <w:i/>
          <w:sz w:val="22"/>
        </w:rPr>
        <w:t xml:space="preserve"> Metalmecánica Puna Sur S.R.L.</w:t>
      </w:r>
    </w:p>
    <w:p w14:paraId="2B738EB1" w14:textId="48023AE4" w:rsidR="001432F3" w:rsidRDefault="00112C58">
      <w:pPr>
        <w:jc w:val="center"/>
      </w:pPr>
      <w:r>
        <w:t>GEC 2026</w:t>
      </w:r>
    </w:p>
    <w:p w14:paraId="0B35E549" w14:textId="77777777" w:rsidR="001432F3" w:rsidRDefault="001432F3"/>
    <w:p w14:paraId="2DA9D1DA" w14:textId="77777777" w:rsidR="001432F3" w:rsidRDefault="00112C58">
      <w:pPr>
        <w:shd w:val="clear" w:color="auto" w:fill="FFF2CC"/>
        <w:ind w:left="227" w:right="227"/>
      </w:pPr>
      <w:r>
        <w:rPr>
          <w:b/>
        </w:rPr>
        <w:t xml:space="preserve">IMPORTANTE: </w:t>
      </w:r>
      <w:r>
        <w:t xml:space="preserve">La empresa, los nombres y todos los </w:t>
      </w:r>
      <w:r>
        <w:t>datos del caso son ficticios y se utilizan únicamente con fines didácticos.</w:t>
      </w:r>
    </w:p>
    <w:p w14:paraId="66E451BD" w14:textId="77777777" w:rsidR="001432F3" w:rsidRDefault="001432F3"/>
    <w:p w14:paraId="6020ACAE" w14:textId="77777777" w:rsidR="001432F3" w:rsidRDefault="00112C58">
      <w:pPr>
        <w:pStyle w:val="Ttulo1"/>
      </w:pPr>
      <w:r>
        <w:t>Situación</w:t>
      </w:r>
    </w:p>
    <w:p w14:paraId="608D7410" w14:textId="77777777" w:rsidR="001432F3" w:rsidRDefault="00112C58" w:rsidP="00920E61">
      <w:pPr>
        <w:jc w:val="both"/>
      </w:pPr>
      <w:r>
        <w:t>Metalmecánica Puna Sur S.R.L. fabrica estructuras metálicas y piezas simples para obras y talleres. En el área de corte se producen interrupciones frecuentes, pero la em</w:t>
      </w:r>
      <w:r>
        <w:t>presa no conoce con precisión su duración ni sus causas.</w:t>
      </w:r>
    </w:p>
    <w:p w14:paraId="2DAA7663" w14:textId="77777777" w:rsidR="001432F3" w:rsidRDefault="00112C58" w:rsidP="00920E61">
      <w:pPr>
        <w:jc w:val="both"/>
      </w:pPr>
      <w:r>
        <w:t>Durante una semana el supervisor decidió iniciar un registro. Entregó a cada operario una hoja en blanco y pidió que anotara 'las paradas importantes'. Al finalizar la semana consolidó los siguientes</w:t>
      </w:r>
      <w:r>
        <w:t xml:space="preserve"> ejemplos: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1432F3" w14:paraId="0786F8A2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F8C6F01" w14:textId="77777777" w:rsidR="001432F3" w:rsidRDefault="00112C58">
            <w:r>
              <w:rPr>
                <w:b/>
                <w:sz w:val="17"/>
              </w:rPr>
              <w:t>Registro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498B7EA9" w14:textId="77777777" w:rsidR="001432F3" w:rsidRDefault="00112C58">
            <w:r>
              <w:rPr>
                <w:b/>
                <w:sz w:val="17"/>
              </w:rPr>
              <w:t>Descripción original</w:t>
            </w:r>
          </w:p>
        </w:tc>
      </w:tr>
      <w:tr w:rsidR="001432F3" w14:paraId="21C16A60" w14:textId="77777777">
        <w:trPr>
          <w:jc w:val="center"/>
        </w:trPr>
        <w:tc>
          <w:tcPr>
            <w:tcW w:w="4986" w:type="dxa"/>
            <w:vAlign w:val="center"/>
          </w:tcPr>
          <w:p w14:paraId="5FFD0D28" w14:textId="77777777" w:rsidR="001432F3" w:rsidRDefault="00112C58">
            <w:r>
              <w:rPr>
                <w:sz w:val="17"/>
              </w:rPr>
              <w:t>A</w:t>
            </w:r>
          </w:p>
        </w:tc>
        <w:tc>
          <w:tcPr>
            <w:tcW w:w="4986" w:type="dxa"/>
            <w:vAlign w:val="center"/>
          </w:tcPr>
          <w:p w14:paraId="09EE9B1D" w14:textId="77777777" w:rsidR="001432F3" w:rsidRDefault="00112C58">
            <w:r>
              <w:rPr>
                <w:sz w:val="17"/>
              </w:rPr>
              <w:t>Máquina parada bastante tiempo por problema.</w:t>
            </w:r>
          </w:p>
        </w:tc>
      </w:tr>
      <w:tr w:rsidR="001432F3" w14:paraId="59A39439" w14:textId="77777777">
        <w:trPr>
          <w:jc w:val="center"/>
        </w:trPr>
        <w:tc>
          <w:tcPr>
            <w:tcW w:w="4986" w:type="dxa"/>
            <w:vAlign w:val="center"/>
          </w:tcPr>
          <w:p w14:paraId="141A9941" w14:textId="77777777" w:rsidR="001432F3" w:rsidRDefault="00112C58">
            <w:r>
              <w:rPr>
                <w:sz w:val="17"/>
              </w:rPr>
              <w:t>B</w:t>
            </w:r>
          </w:p>
        </w:tc>
        <w:tc>
          <w:tcPr>
            <w:tcW w:w="4986" w:type="dxa"/>
            <w:vAlign w:val="center"/>
          </w:tcPr>
          <w:p w14:paraId="5B7604D0" w14:textId="77777777" w:rsidR="001432F3" w:rsidRDefault="00112C58">
            <w:r>
              <w:rPr>
                <w:sz w:val="17"/>
              </w:rPr>
              <w:t>15 min - cambio de disco.</w:t>
            </w:r>
          </w:p>
        </w:tc>
      </w:tr>
      <w:tr w:rsidR="001432F3" w14:paraId="4DD43B47" w14:textId="77777777">
        <w:trPr>
          <w:jc w:val="center"/>
        </w:trPr>
        <w:tc>
          <w:tcPr>
            <w:tcW w:w="4986" w:type="dxa"/>
            <w:vAlign w:val="center"/>
          </w:tcPr>
          <w:p w14:paraId="737A47CA" w14:textId="77777777" w:rsidR="001432F3" w:rsidRDefault="00112C58">
            <w:r>
              <w:rPr>
                <w:sz w:val="17"/>
              </w:rPr>
              <w:t>C</w:t>
            </w:r>
          </w:p>
        </w:tc>
        <w:tc>
          <w:tcPr>
            <w:tcW w:w="4986" w:type="dxa"/>
            <w:vAlign w:val="center"/>
          </w:tcPr>
          <w:p w14:paraId="3520FE9A" w14:textId="77777777" w:rsidR="001432F3" w:rsidRDefault="00112C58">
            <w:r>
              <w:rPr>
                <w:sz w:val="17"/>
              </w:rPr>
              <w:t>Falla corte - turno mañana.</w:t>
            </w:r>
          </w:p>
        </w:tc>
      </w:tr>
      <w:tr w:rsidR="001432F3" w14:paraId="08419ACE" w14:textId="77777777">
        <w:trPr>
          <w:jc w:val="center"/>
        </w:trPr>
        <w:tc>
          <w:tcPr>
            <w:tcW w:w="4986" w:type="dxa"/>
            <w:vAlign w:val="center"/>
          </w:tcPr>
          <w:p w14:paraId="61F2EAC2" w14:textId="77777777" w:rsidR="001432F3" w:rsidRDefault="00112C58">
            <w:r>
              <w:rPr>
                <w:sz w:val="17"/>
              </w:rPr>
              <w:t>D</w:t>
            </w:r>
          </w:p>
        </w:tc>
        <w:tc>
          <w:tcPr>
            <w:tcW w:w="4986" w:type="dxa"/>
            <w:vAlign w:val="center"/>
          </w:tcPr>
          <w:p w14:paraId="3F24F7C2" w14:textId="77777777" w:rsidR="001432F3" w:rsidRDefault="00112C58">
            <w:r>
              <w:rPr>
                <w:sz w:val="17"/>
              </w:rPr>
              <w:t>0,5 h - esperando material.</w:t>
            </w:r>
          </w:p>
        </w:tc>
      </w:tr>
      <w:tr w:rsidR="001432F3" w14:paraId="57277652" w14:textId="77777777">
        <w:trPr>
          <w:jc w:val="center"/>
        </w:trPr>
        <w:tc>
          <w:tcPr>
            <w:tcW w:w="4986" w:type="dxa"/>
            <w:vAlign w:val="center"/>
          </w:tcPr>
          <w:p w14:paraId="57DC95B2" w14:textId="77777777" w:rsidR="001432F3" w:rsidRDefault="00112C58">
            <w:r>
              <w:rPr>
                <w:sz w:val="17"/>
              </w:rPr>
              <w:t>E</w:t>
            </w:r>
          </w:p>
        </w:tc>
        <w:tc>
          <w:tcPr>
            <w:tcW w:w="4986" w:type="dxa"/>
            <w:vAlign w:val="center"/>
          </w:tcPr>
          <w:p w14:paraId="4467A4BB" w14:textId="77777777" w:rsidR="001432F3" w:rsidRDefault="00112C58">
            <w:r>
              <w:rPr>
                <w:sz w:val="17"/>
              </w:rPr>
              <w:t>30 minutos - no había plano.</w:t>
            </w:r>
          </w:p>
        </w:tc>
      </w:tr>
      <w:tr w:rsidR="001432F3" w14:paraId="00B9D55E" w14:textId="77777777">
        <w:trPr>
          <w:jc w:val="center"/>
        </w:trPr>
        <w:tc>
          <w:tcPr>
            <w:tcW w:w="4986" w:type="dxa"/>
            <w:vAlign w:val="center"/>
          </w:tcPr>
          <w:p w14:paraId="1FF30035" w14:textId="77777777" w:rsidR="001432F3" w:rsidRDefault="00112C58">
            <w:r>
              <w:rPr>
                <w:sz w:val="17"/>
              </w:rPr>
              <w:t>F</w:t>
            </w:r>
          </w:p>
        </w:tc>
        <w:tc>
          <w:tcPr>
            <w:tcW w:w="4986" w:type="dxa"/>
            <w:vAlign w:val="center"/>
          </w:tcPr>
          <w:p w14:paraId="485BB19E" w14:textId="77777777" w:rsidR="001432F3" w:rsidRDefault="00112C58">
            <w:r>
              <w:rPr>
                <w:sz w:val="17"/>
              </w:rPr>
              <w:t>Problema eléctrico.</w:t>
            </w:r>
          </w:p>
        </w:tc>
      </w:tr>
      <w:tr w:rsidR="001432F3" w14:paraId="035DC760" w14:textId="77777777">
        <w:trPr>
          <w:jc w:val="center"/>
        </w:trPr>
        <w:tc>
          <w:tcPr>
            <w:tcW w:w="4986" w:type="dxa"/>
            <w:vAlign w:val="center"/>
          </w:tcPr>
          <w:p w14:paraId="743B17E4" w14:textId="77777777" w:rsidR="001432F3" w:rsidRDefault="00112C58">
            <w:r>
              <w:rPr>
                <w:sz w:val="17"/>
              </w:rPr>
              <w:t>G</w:t>
            </w:r>
          </w:p>
        </w:tc>
        <w:tc>
          <w:tcPr>
            <w:tcW w:w="4986" w:type="dxa"/>
            <w:vAlign w:val="center"/>
          </w:tcPr>
          <w:p w14:paraId="1A106E22" w14:textId="77777777" w:rsidR="001432F3" w:rsidRDefault="00112C58">
            <w:r>
              <w:rPr>
                <w:sz w:val="17"/>
              </w:rPr>
              <w:t xml:space="preserve">20 min - </w:t>
            </w:r>
            <w:r>
              <w:rPr>
                <w:sz w:val="17"/>
              </w:rPr>
              <w:t>avería.</w:t>
            </w:r>
          </w:p>
        </w:tc>
      </w:tr>
      <w:tr w:rsidR="001432F3" w14:paraId="4C3AD3BF" w14:textId="77777777">
        <w:trPr>
          <w:jc w:val="center"/>
        </w:trPr>
        <w:tc>
          <w:tcPr>
            <w:tcW w:w="4986" w:type="dxa"/>
            <w:vAlign w:val="center"/>
          </w:tcPr>
          <w:p w14:paraId="3FB66A1E" w14:textId="77777777" w:rsidR="001432F3" w:rsidRDefault="00112C58">
            <w:r>
              <w:rPr>
                <w:sz w:val="17"/>
              </w:rPr>
              <w:t>H</w:t>
            </w:r>
          </w:p>
        </w:tc>
        <w:tc>
          <w:tcPr>
            <w:tcW w:w="4986" w:type="dxa"/>
            <w:vAlign w:val="center"/>
          </w:tcPr>
          <w:p w14:paraId="5411DC3C" w14:textId="77777777" w:rsidR="001432F3" w:rsidRDefault="00112C58">
            <w:r>
              <w:rPr>
                <w:sz w:val="17"/>
              </w:rPr>
              <w:t>Parada por mantenimiento, más o menos 25 min.</w:t>
            </w:r>
          </w:p>
        </w:tc>
      </w:tr>
    </w:tbl>
    <w:p w14:paraId="07DA1A16" w14:textId="77777777" w:rsidR="001432F3" w:rsidRDefault="001432F3"/>
    <w:p w14:paraId="55276D59" w14:textId="77777777" w:rsidR="001432F3" w:rsidRDefault="00112C58" w:rsidP="00920E61">
      <w:pPr>
        <w:jc w:val="both"/>
      </w:pPr>
      <w:r>
        <w:t>El supervisor observa que no puede comparar fácilmente los registros: algunos tienen duración, otros no; se mezclan horas y minutos; las categorías son ambiguas; no siempre aparece la fecha, el equ</w:t>
      </w:r>
      <w:r>
        <w:t>ipo o el turno; y dos operarios utilizan nombres distintos para situaciones similares.</w:t>
      </w:r>
    </w:p>
    <w:p w14:paraId="649AC160" w14:textId="77777777" w:rsidR="001432F3" w:rsidRDefault="00112C58">
      <w:pPr>
        <w:pStyle w:val="Ttulo1"/>
      </w:pPr>
      <w:r>
        <w:t>Consignas</w:t>
      </w:r>
    </w:p>
    <w:p w14:paraId="1FF97C1C" w14:textId="77777777" w:rsidR="001432F3" w:rsidRDefault="00112C58">
      <w:pPr>
        <w:pStyle w:val="Listaconnmeros"/>
        <w:spacing w:after="40"/>
      </w:pPr>
      <w:r>
        <w:t>Identifique al menos seis problemas de calidad del dato presentes en los registros.</w:t>
      </w:r>
    </w:p>
    <w:p w14:paraId="411AF7CB" w14:textId="77777777" w:rsidR="001432F3" w:rsidRDefault="00112C58">
      <w:pPr>
        <w:pStyle w:val="Listaconnmeros"/>
        <w:spacing w:after="40"/>
      </w:pPr>
      <w:r>
        <w:t xml:space="preserve">Explique qué consecuencias puede tener analizar estos registros sin </w:t>
      </w:r>
      <w:r>
        <w:t>corregirlos previamente.</w:t>
      </w:r>
    </w:p>
    <w:p w14:paraId="42A0F45F" w14:textId="77777777" w:rsidR="001432F3" w:rsidRDefault="00112C58">
      <w:pPr>
        <w:pStyle w:val="Listaconnmeros"/>
        <w:spacing w:after="40"/>
      </w:pPr>
      <w:r>
        <w:t>Defina con claridad qué debería entenderse por 'parada' para este piloto.</w:t>
      </w:r>
    </w:p>
    <w:p w14:paraId="33CBC13F" w14:textId="77777777" w:rsidR="001432F3" w:rsidRDefault="00112C58">
      <w:pPr>
        <w:pStyle w:val="Listaconnmeros"/>
        <w:spacing w:after="40"/>
      </w:pPr>
      <w:r>
        <w:t>Proponga las variables, unidades, categorías y eventos mínimos que deberían registrarse.</w:t>
      </w:r>
    </w:p>
    <w:p w14:paraId="2AC15479" w14:textId="77777777" w:rsidR="001432F3" w:rsidRDefault="00112C58">
      <w:pPr>
        <w:pStyle w:val="Listaconnmeros"/>
        <w:spacing w:after="40"/>
      </w:pPr>
      <w:r>
        <w:t>Diseñe una Hoja de Verificación simple para utilizar durante dos sem</w:t>
      </w:r>
      <w:r>
        <w:t>anas.</w:t>
      </w:r>
    </w:p>
    <w:p w14:paraId="55D25D7A" w14:textId="77777777" w:rsidR="001432F3" w:rsidRDefault="00112C58">
      <w:pPr>
        <w:pStyle w:val="Listaconnmeros"/>
        <w:spacing w:after="40"/>
      </w:pPr>
      <w:r>
        <w:t>Indique quién debería generar, registrar, verificar, analizar y utilizar la información.</w:t>
      </w:r>
    </w:p>
    <w:p w14:paraId="02590204" w14:textId="77777777" w:rsidR="001432F3" w:rsidRDefault="00112C58">
      <w:pPr>
        <w:pStyle w:val="Listaconnmeros"/>
        <w:spacing w:after="40"/>
      </w:pPr>
      <w:r>
        <w:t>Defina la frecuencia de captura adecuada y justifique.</w:t>
      </w:r>
    </w:p>
    <w:p w14:paraId="2BAF0E20" w14:textId="77777777" w:rsidR="001432F3" w:rsidRDefault="00112C58">
      <w:pPr>
        <w:pStyle w:val="Listaconnmeros"/>
        <w:spacing w:after="40"/>
      </w:pPr>
      <w:r>
        <w:t>Proponga un pequeño catálogo de categorías para causas de parada que evite expresiones ambiguas como 'prob</w:t>
      </w:r>
      <w:r>
        <w:t>lema' o 'falla'.</w:t>
      </w:r>
    </w:p>
    <w:p w14:paraId="75BD9DB8" w14:textId="77777777" w:rsidR="001432F3" w:rsidRDefault="00112C58">
      <w:pPr>
        <w:pStyle w:val="Listaconnmeros"/>
        <w:spacing w:after="40"/>
      </w:pPr>
      <w:r>
        <w:t>Diseñe un Mapa de Datos con al menos cuatro preguntas de gestión.</w:t>
      </w:r>
    </w:p>
    <w:p w14:paraId="06588040" w14:textId="77777777" w:rsidR="001432F3" w:rsidRDefault="00112C58">
      <w:pPr>
        <w:pStyle w:val="Listaconnmeros"/>
        <w:spacing w:after="40"/>
      </w:pPr>
      <w:r>
        <w:t>Indique cómo evaluaría, al finalizar las dos semanas, si el sistema de captura fue sostenible y útil.</w:t>
      </w:r>
    </w:p>
    <w:p w14:paraId="0C3CDA04" w14:textId="77777777" w:rsidR="001432F3" w:rsidRDefault="00112C58">
      <w:pPr>
        <w:pStyle w:val="Ttulo2"/>
      </w:pPr>
      <w:r>
        <w:lastRenderedPageBreak/>
        <w:t>Datos adicionales para el diseño</w:t>
      </w:r>
    </w:p>
    <w:p w14:paraId="158478DD" w14:textId="77777777" w:rsidR="001432F3" w:rsidRDefault="00112C58">
      <w:pPr>
        <w:pStyle w:val="Listaconvietas"/>
        <w:spacing w:after="40"/>
      </w:pPr>
      <w:r>
        <w:t xml:space="preserve">La empresa dispone de una PC en la </w:t>
      </w:r>
      <w:r>
        <w:t>oficina del supervisor, pero no en cada máquina.</w:t>
      </w:r>
    </w:p>
    <w:p w14:paraId="161D6C9C" w14:textId="77777777" w:rsidR="001432F3" w:rsidRDefault="00112C58">
      <w:pPr>
        <w:pStyle w:val="Listaconvietas"/>
        <w:spacing w:after="40"/>
      </w:pPr>
      <w:r>
        <w:t>Los operarios trabajan en dos turnos.</w:t>
      </w:r>
    </w:p>
    <w:p w14:paraId="01DC6A9A" w14:textId="77777777" w:rsidR="001432F3" w:rsidRDefault="00112C58">
      <w:pPr>
        <w:pStyle w:val="Listaconvietas"/>
        <w:spacing w:after="40"/>
      </w:pPr>
      <w:r>
        <w:t>El supervisor recorre el área varias veces durante cada turno.</w:t>
      </w:r>
    </w:p>
    <w:p w14:paraId="7FF245D2" w14:textId="77777777" w:rsidR="001432F3" w:rsidRDefault="00112C58">
      <w:pPr>
        <w:pStyle w:val="Listaconvietas"/>
        <w:spacing w:after="40"/>
      </w:pPr>
      <w:r>
        <w:t>Los responsables desean empezar con un sistema sencillo y de bajo costo.</w:t>
      </w:r>
    </w:p>
    <w:p w14:paraId="0C6D8C1F" w14:textId="77777777" w:rsidR="001432F3" w:rsidRDefault="00112C58">
      <w:pPr>
        <w:pStyle w:val="Ttulo1"/>
      </w:pPr>
      <w:r>
        <w:t>Producto esperado del grupo</w:t>
      </w:r>
    </w:p>
    <w:p w14:paraId="61A52AFF" w14:textId="77777777" w:rsidR="001432F3" w:rsidRDefault="00112C58">
      <w:pPr>
        <w:pStyle w:val="Listaconvietas"/>
        <w:spacing w:after="40"/>
      </w:pPr>
      <w:r>
        <w:t>Diagn</w:t>
      </w:r>
      <w:r>
        <w:t>óstico de problemas de calidad del dato.</w:t>
      </w:r>
    </w:p>
    <w:p w14:paraId="186F5926" w14:textId="77777777" w:rsidR="001432F3" w:rsidRDefault="00112C58">
      <w:pPr>
        <w:pStyle w:val="Listaconvietas"/>
        <w:spacing w:after="40"/>
      </w:pPr>
      <w:r>
        <w:t>Definiciones operativas.</w:t>
      </w:r>
    </w:p>
    <w:p w14:paraId="02BBB87C" w14:textId="77777777" w:rsidR="001432F3" w:rsidRDefault="00112C58">
      <w:pPr>
        <w:pStyle w:val="Listaconvietas"/>
        <w:spacing w:after="40"/>
      </w:pPr>
      <w:r>
        <w:t>Hoja de Verificación propuesta.</w:t>
      </w:r>
    </w:p>
    <w:p w14:paraId="76A130EE" w14:textId="77777777" w:rsidR="001432F3" w:rsidRDefault="00112C58">
      <w:pPr>
        <w:pStyle w:val="Listaconvietas"/>
        <w:spacing w:after="40"/>
      </w:pPr>
      <w:r>
        <w:t>Mapa de Datos.</w:t>
      </w:r>
    </w:p>
    <w:p w14:paraId="20DF0A09" w14:textId="77777777" w:rsidR="001432F3" w:rsidRDefault="00112C58">
      <w:pPr>
        <w:pStyle w:val="Listaconvietas"/>
        <w:spacing w:after="40"/>
      </w:pPr>
      <w:r>
        <w:t>Distribución de responsabilidades.</w:t>
      </w:r>
    </w:p>
    <w:p w14:paraId="2790B125" w14:textId="77777777" w:rsidR="001432F3" w:rsidRDefault="00112C58">
      <w:pPr>
        <w:pStyle w:val="Listaconvietas"/>
        <w:spacing w:after="40"/>
      </w:pPr>
      <w:r>
        <w:t>Criterios para evaluar el piloto.</w:t>
      </w:r>
    </w:p>
    <w:sectPr w:rsidR="001432F3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C58"/>
    <w:rsid w:val="001432F3"/>
    <w:rsid w:val="0015074B"/>
    <w:rsid w:val="0029639D"/>
    <w:rsid w:val="00326F90"/>
    <w:rsid w:val="00920E6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97CE3E6"/>
  <w14:defaultImageDpi w14:val="300"/>
  <w15:docId w15:val="{CC902882-963F-4F41-9027-4A01A495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9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2026-09-15T00:45:00Z</dcterms:created>
  <dcterms:modified xsi:type="dcterms:W3CDTF">2026-09-15T00:45:00Z</dcterms:modified>
  <cp:category/>
</cp:coreProperties>
</file>